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2735088" w14:textId="77777777" w:rsidR="00EC4E55" w:rsidRDefault="00137C4C" w:rsidP="00442912">
      <w:pPr>
        <w:pStyle w:val="Title"/>
      </w:pPr>
      <w:r>
        <w:t>Isaiah Ojo</w:t>
      </w:r>
    </w:p>
    <w:p w14:paraId="6CE536B6" w14:textId="77777777" w:rsidR="00EC4E55" w:rsidRDefault="00137C4C" w:rsidP="00442912">
      <w:r>
        <w:t>Email: isaiahojo1999@gmail.com | Website: www.isaiahaojo.com</w:t>
      </w:r>
    </w:p>
    <w:p w14:paraId="3070E4FF" w14:textId="77777777" w:rsidR="00EC4E55" w:rsidRDefault="00137C4C" w:rsidP="00442912">
      <w:r>
        <w:t>LinkedIn: https://www.linkedin.com/in/isaiahojo58936127b/</w:t>
      </w:r>
    </w:p>
    <w:p w14:paraId="0AB01447" w14:textId="77777777" w:rsidR="00EC4E55" w:rsidRDefault="00137C4C" w:rsidP="00442912">
      <w:pPr>
        <w:pStyle w:val="Heading1"/>
      </w:pPr>
      <w:r>
        <w:t>Profile</w:t>
      </w:r>
    </w:p>
    <w:p w14:paraId="2006932E" w14:textId="77777777" w:rsidR="00EC4E55" w:rsidRDefault="00137C4C" w:rsidP="00442912">
      <w:r>
        <w:t>I am a versatile and analytical computing professional with industry experience in full-stack software engineering, mobile and cloud-native development, and network security. Passionate about solving real-world problems using agile, user-centered, and data-driven methodologies, I collaborate effectively with multidisciplinary teams to build scalable, innovative digital services.</w:t>
      </w:r>
    </w:p>
    <w:p w14:paraId="374905B5" w14:textId="77777777" w:rsidR="00EC4E55" w:rsidRDefault="00137C4C" w:rsidP="00442912">
      <w:pPr>
        <w:pStyle w:val="Heading1"/>
      </w:pPr>
      <w:r>
        <w:t>Skills</w:t>
      </w:r>
    </w:p>
    <w:p w14:paraId="076CBADD" w14:textId="77777777" w:rsidR="00EC4E55" w:rsidRDefault="00137C4C" w:rsidP="00442912">
      <w:r>
        <w:rPr>
          <w:b/>
        </w:rPr>
        <w:t>Technical &amp; Consulting Skills:</w:t>
      </w:r>
    </w:p>
    <w:p w14:paraId="7149560C" w14:textId="77777777" w:rsidR="00EC4E55" w:rsidRPr="00442912" w:rsidRDefault="00137C4C" w:rsidP="00442912">
      <w:pPr>
        <w:pStyle w:val="ListBullet"/>
        <w:rPr>
          <w:lang w:val="fr-FR"/>
        </w:rPr>
      </w:pPr>
      <w:r w:rsidRPr="00442912">
        <w:rPr>
          <w:lang w:val="fr-FR"/>
        </w:rPr>
        <w:t>Agile &amp; Multidisciplinary Collaboration (Scrum, UX, Data, Dev)</w:t>
      </w:r>
    </w:p>
    <w:p w14:paraId="2576F92E" w14:textId="77777777" w:rsidR="00EC4E55" w:rsidRDefault="00137C4C" w:rsidP="00442912">
      <w:pPr>
        <w:pStyle w:val="ListBullet"/>
      </w:pPr>
      <w:r>
        <w:t>Software Development (React, NodeJS, Django, Laravel)</w:t>
      </w:r>
    </w:p>
    <w:p w14:paraId="60422610" w14:textId="77777777" w:rsidR="00EC4E55" w:rsidRDefault="00137C4C" w:rsidP="00442912">
      <w:pPr>
        <w:pStyle w:val="ListBullet"/>
      </w:pPr>
      <w:r>
        <w:t>Mobile Development (SwiftUI, Java/Kotlin, Gradle)</w:t>
      </w:r>
    </w:p>
    <w:p w14:paraId="64BB112C" w14:textId="77777777" w:rsidR="00EC4E55" w:rsidRDefault="00137C4C" w:rsidP="00442912">
      <w:pPr>
        <w:pStyle w:val="ListBullet"/>
      </w:pPr>
      <w:r>
        <w:t>Cloud &amp; Infrastructure (AWS, EC2, S3, Kubernetes, Linux)</w:t>
      </w:r>
    </w:p>
    <w:p w14:paraId="778EAB42" w14:textId="77777777" w:rsidR="00EC4E55" w:rsidRDefault="00137C4C" w:rsidP="00442912">
      <w:pPr>
        <w:pStyle w:val="ListBullet"/>
      </w:pPr>
      <w:r>
        <w:t>Database Engineering (SQL Server, MySQL, MongoDB)</w:t>
      </w:r>
    </w:p>
    <w:p w14:paraId="374D00DB" w14:textId="77777777" w:rsidR="00EC4E55" w:rsidRDefault="00137C4C" w:rsidP="00442912">
      <w:pPr>
        <w:pStyle w:val="ListBullet"/>
      </w:pPr>
      <w:r>
        <w:t>Data Architecture (Data Lakes, Warehousing, Redshift)</w:t>
      </w:r>
    </w:p>
    <w:p w14:paraId="2026B165" w14:textId="77777777" w:rsidR="00EC4E55" w:rsidRDefault="00137C4C" w:rsidP="00442912">
      <w:pPr>
        <w:pStyle w:val="ListBullet"/>
      </w:pPr>
      <w:r>
        <w:t>AI &amp; Emerging Tech (ML, NLP, Computer Vision)</w:t>
      </w:r>
    </w:p>
    <w:p w14:paraId="07702F62" w14:textId="77777777" w:rsidR="00EC4E55" w:rsidRDefault="00137C4C" w:rsidP="00442912">
      <w:pPr>
        <w:pStyle w:val="ListBullet"/>
      </w:pPr>
      <w:r>
        <w:t>UX Implementation (Figma, Photoshop)</w:t>
      </w:r>
    </w:p>
    <w:p w14:paraId="75D68536" w14:textId="77777777" w:rsidR="00EC4E55" w:rsidRDefault="00137C4C" w:rsidP="00442912">
      <w:pPr>
        <w:pStyle w:val="ListBullet"/>
      </w:pPr>
      <w:r>
        <w:t>RESTful APIs &amp; Content Management (WordPress, Perch, Twig)</w:t>
      </w:r>
    </w:p>
    <w:p w14:paraId="41C154D0" w14:textId="77777777" w:rsidR="00EC4E55" w:rsidRDefault="00137C4C" w:rsidP="00442912">
      <w:r>
        <w:rPr>
          <w:b/>
        </w:rPr>
        <w:t>Professional Competencies:</w:t>
      </w:r>
    </w:p>
    <w:p w14:paraId="30DF947E" w14:textId="77777777" w:rsidR="00EC4E55" w:rsidRDefault="00137C4C" w:rsidP="00442912">
      <w:pPr>
        <w:pStyle w:val="ListBullet"/>
      </w:pPr>
      <w:r>
        <w:t>Problem-Solving &amp; Analytical Thinking</w:t>
      </w:r>
    </w:p>
    <w:p w14:paraId="0C5072F4" w14:textId="77777777" w:rsidR="00EC4E55" w:rsidRDefault="00137C4C" w:rsidP="00442912">
      <w:pPr>
        <w:pStyle w:val="ListBullet"/>
      </w:pPr>
      <w:r>
        <w:t>Communication &amp; Stakeholder Collaboration</w:t>
      </w:r>
    </w:p>
    <w:p w14:paraId="0556B191" w14:textId="77777777" w:rsidR="00EC4E55" w:rsidRDefault="00137C4C" w:rsidP="00442912">
      <w:pPr>
        <w:pStyle w:val="ListBullet"/>
      </w:pPr>
      <w:r>
        <w:t>Initiative, Self-Motivation &amp; Time Management</w:t>
      </w:r>
    </w:p>
    <w:p w14:paraId="69E6C09E" w14:textId="77777777" w:rsidR="00EC4E55" w:rsidRDefault="00137C4C" w:rsidP="00442912">
      <w:pPr>
        <w:pStyle w:val="ListBullet"/>
      </w:pPr>
      <w:r>
        <w:t>KPI &amp; Performance Awareness</w:t>
      </w:r>
    </w:p>
    <w:p w14:paraId="54786F66" w14:textId="77777777" w:rsidR="00EC4E55" w:rsidRDefault="00137C4C" w:rsidP="00442912">
      <w:pPr>
        <w:pStyle w:val="ListBullet"/>
      </w:pPr>
      <w:r>
        <w:t>Empathy &amp; User Needs Sensitivity</w:t>
      </w:r>
    </w:p>
    <w:p w14:paraId="2B567B84" w14:textId="77777777" w:rsidR="00EC4E55" w:rsidRDefault="00137C4C" w:rsidP="00442912">
      <w:pPr>
        <w:pStyle w:val="Heading1"/>
      </w:pPr>
      <w:r>
        <w:t>Education</w:t>
      </w:r>
    </w:p>
    <w:p w14:paraId="2FCD3A2A" w14:textId="77777777" w:rsidR="00EC4E55" w:rsidRDefault="00137C4C" w:rsidP="00442912">
      <w:r>
        <w:rPr>
          <w:b/>
        </w:rPr>
        <w:t>Master of Science: Computer Networks and Security</w:t>
      </w:r>
    </w:p>
    <w:p w14:paraId="6F3D3479" w14:textId="548B5974" w:rsidR="00EC4E55" w:rsidRDefault="00137C4C" w:rsidP="00442912">
      <w:r>
        <w:t xml:space="preserve">09/2024 – </w:t>
      </w:r>
      <w:r w:rsidR="00D91F56">
        <w:t>08/2025</w:t>
      </w:r>
      <w:r>
        <w:t xml:space="preserve"> |</w:t>
      </w:r>
      <w:r w:rsidR="00D91F56">
        <w:t xml:space="preserve"> Classification: Award Pending -</w:t>
      </w:r>
      <w:r>
        <w:t xml:space="preserve"> University of Essex – Colchester, United Kingdom</w:t>
      </w:r>
    </w:p>
    <w:p w14:paraId="1A12F048" w14:textId="1A45FDE8" w:rsidR="00EC4E55" w:rsidRDefault="00137C4C" w:rsidP="00442912">
      <w:r>
        <w:t>MSc in Computer Networks and Security, gaining expertise in secure system architecture, digital service resilience, and advanced data handling.</w:t>
      </w:r>
    </w:p>
    <w:p w14:paraId="45B01952" w14:textId="6B99BEC7" w:rsidR="009A7351" w:rsidRDefault="009A7351" w:rsidP="00442912">
      <w:r w:rsidRPr="009A7351">
        <w:t>Dissertation: Securing APIs in Cloud</w:t>
      </w:r>
      <w:r w:rsidRPr="009A7351">
        <w:rPr>
          <w:rFonts w:ascii="Cambria Math" w:hAnsi="Cambria Math" w:cs="Cambria Math"/>
        </w:rPr>
        <w:t>‑</w:t>
      </w:r>
      <w:r w:rsidRPr="009A7351">
        <w:t>Native Environments: Detecting Credential</w:t>
      </w:r>
      <w:r w:rsidRPr="009A7351">
        <w:rPr>
          <w:rFonts w:ascii="Cambria Math" w:hAnsi="Cambria Math" w:cs="Cambria Math"/>
        </w:rPr>
        <w:t>‑</w:t>
      </w:r>
      <w:r w:rsidRPr="009A7351">
        <w:t>Stuffing and API Poisoning in Kubernetes</w:t>
      </w:r>
    </w:p>
    <w:p w14:paraId="6398CA67" w14:textId="77777777" w:rsidR="00EC4E55" w:rsidRDefault="00137C4C" w:rsidP="00442912">
      <w:r>
        <w:rPr>
          <w:b/>
        </w:rPr>
        <w:t>Bachelor of Science: Computer Science with a Year In Industry</w:t>
      </w:r>
    </w:p>
    <w:p w14:paraId="7799BFDC" w14:textId="77777777" w:rsidR="00EC4E55" w:rsidRDefault="00137C4C" w:rsidP="00442912">
      <w:r>
        <w:t>09/2017 – 08/2021 | University of Kent - Canterbury, United Kingdom</w:t>
      </w:r>
    </w:p>
    <w:p w14:paraId="60625115" w14:textId="77777777" w:rsidR="00EC4E55" w:rsidRDefault="00137C4C" w:rsidP="00442912">
      <w:r>
        <w:rPr>
          <w:b/>
        </w:rPr>
        <w:lastRenderedPageBreak/>
        <w:t>A-levels and BTEC</w:t>
      </w:r>
    </w:p>
    <w:p w14:paraId="36CD7DB4" w14:textId="77777777" w:rsidR="00EC4E55" w:rsidRDefault="00137C4C" w:rsidP="00442912">
      <w:r>
        <w:t>09/2015 – 07/2017 | All Saints Catholic School &amp; Technology College</w:t>
      </w:r>
    </w:p>
    <w:p w14:paraId="045C2B86" w14:textId="77777777" w:rsidR="00EC4E55" w:rsidRDefault="00137C4C" w:rsidP="00442912">
      <w:r>
        <w:t>Business and I.T Extended Level 3 Diploma (D*D*D*)</w:t>
      </w:r>
    </w:p>
    <w:p w14:paraId="5EFE71F2" w14:textId="77777777" w:rsidR="00EC4E55" w:rsidRDefault="00137C4C" w:rsidP="00442912">
      <w:pPr>
        <w:pStyle w:val="Heading1"/>
      </w:pPr>
      <w:r>
        <w:t>Work History</w:t>
      </w:r>
    </w:p>
    <w:p w14:paraId="62662894" w14:textId="77777777" w:rsidR="00EC4E55" w:rsidRDefault="00137C4C" w:rsidP="00442912">
      <w:r>
        <w:rPr>
          <w:b/>
        </w:rPr>
        <w:t>iOS Software Engineer – Contract</w:t>
      </w:r>
    </w:p>
    <w:p w14:paraId="042FA38A" w14:textId="77777777" w:rsidR="00EC4E55" w:rsidRDefault="00137C4C" w:rsidP="00442912">
      <w:r>
        <w:t>03/2023 – 09/2023 | Information Technology Consultants, London</w:t>
      </w:r>
    </w:p>
    <w:p w14:paraId="32A19C95" w14:textId="77777777" w:rsidR="00EC4E55" w:rsidRDefault="00137C4C" w:rsidP="00442912">
      <w:pPr>
        <w:pStyle w:val="ListBullet"/>
      </w:pPr>
      <w:r>
        <w:t>Led the development of a CMS ('contentSphere') that improved user retention by 31% and streamlined editorial workflows.</w:t>
      </w:r>
    </w:p>
    <w:p w14:paraId="7D00C37C" w14:textId="77777777" w:rsidR="00EC4E55" w:rsidRDefault="00137C4C" w:rsidP="00442912">
      <w:pPr>
        <w:pStyle w:val="ListBullet"/>
      </w:pPr>
      <w:r>
        <w:t>Collaborated with UX/UI designers to align development with design specs and user needs.</w:t>
      </w:r>
    </w:p>
    <w:p w14:paraId="21587791" w14:textId="77777777" w:rsidR="00EC4E55" w:rsidRDefault="00137C4C" w:rsidP="00442912">
      <w:pPr>
        <w:pStyle w:val="ListBullet"/>
      </w:pPr>
      <w:r>
        <w:t>Maintained robust test coverage with unit testing under agile development cycles.</w:t>
      </w:r>
    </w:p>
    <w:p w14:paraId="59EFB18B" w14:textId="77777777" w:rsidR="00EC4E55" w:rsidRDefault="00137C4C" w:rsidP="00442912">
      <w:r>
        <w:rPr>
          <w:b/>
        </w:rPr>
        <w:t>Junior Web Assistant</w:t>
      </w:r>
    </w:p>
    <w:p w14:paraId="5B7B005B" w14:textId="77777777" w:rsidR="00EC4E55" w:rsidRDefault="00137C4C" w:rsidP="00442912">
      <w:r>
        <w:t>09/2019 – 09/2020 | Leigh Academies Trust - Rochester, Kent</w:t>
      </w:r>
    </w:p>
    <w:p w14:paraId="18C97B40" w14:textId="77777777" w:rsidR="00EC4E55" w:rsidRDefault="00137C4C" w:rsidP="00442912">
      <w:pPr>
        <w:pStyle w:val="ListBullet"/>
      </w:pPr>
      <w:r>
        <w:t>Supported 50+ clients daily with troubleshooting and website updates.</w:t>
      </w:r>
    </w:p>
    <w:p w14:paraId="5F4EE237" w14:textId="25190BCB" w:rsidR="005558D2" w:rsidRDefault="00137C4C" w:rsidP="005558D2">
      <w:pPr>
        <w:pStyle w:val="ListBullet"/>
      </w:pPr>
      <w:r>
        <w:t>Led 29 projects to completion with 100% on-time delivery.</w:t>
      </w:r>
    </w:p>
    <w:p w14:paraId="34AC10AA" w14:textId="128BFBF2" w:rsidR="005558D2" w:rsidRDefault="005558D2" w:rsidP="005558D2">
      <w:pPr>
        <w:pStyle w:val="ListBullet"/>
      </w:pPr>
      <w:r>
        <w:t>Assisted in web development duties such as maintenance and updates of live-sites</w:t>
      </w:r>
    </w:p>
    <w:p w14:paraId="40CA51DE" w14:textId="77777777" w:rsidR="00EC4E55" w:rsidRDefault="00137C4C" w:rsidP="00442912">
      <w:pPr>
        <w:pStyle w:val="ListBullet"/>
      </w:pPr>
      <w:r>
        <w:t>Redesigned legacy websites to improve SEO, navigation, and accessibility.</w:t>
      </w:r>
    </w:p>
    <w:p w14:paraId="2CB377A2" w14:textId="77777777" w:rsidR="00EC4E55" w:rsidRDefault="00137C4C" w:rsidP="00442912">
      <w:r>
        <w:rPr>
          <w:b/>
        </w:rPr>
        <w:t>Warehouse Operative Nights</w:t>
      </w:r>
    </w:p>
    <w:p w14:paraId="7C014E5A" w14:textId="77777777" w:rsidR="00EC4E55" w:rsidRDefault="00137C4C" w:rsidP="00442912">
      <w:r>
        <w:t>09/2023 – 12/2023 | Culina Logistics – Tilbury</w:t>
      </w:r>
    </w:p>
    <w:p w14:paraId="5927BDFE" w14:textId="77777777" w:rsidR="00EC4E55" w:rsidRDefault="00137C4C" w:rsidP="00442912">
      <w:pPr>
        <w:pStyle w:val="ListBullet"/>
      </w:pPr>
      <w:r>
        <w:t>Worked in cold storage to pick, pack, and scan inventory while meeting KPIs.</w:t>
      </w:r>
    </w:p>
    <w:p w14:paraId="64B0974E" w14:textId="77777777" w:rsidR="00EC4E55" w:rsidRDefault="00137C4C" w:rsidP="00442912">
      <w:pPr>
        <w:pStyle w:val="ListBullet"/>
      </w:pPr>
      <w:r>
        <w:t>Attended team meetings and delegated roles for improved performance.</w:t>
      </w:r>
    </w:p>
    <w:p w14:paraId="65A989F6" w14:textId="77777777" w:rsidR="00EC4E55" w:rsidRDefault="00137C4C" w:rsidP="00442912">
      <w:r>
        <w:rPr>
          <w:b/>
        </w:rPr>
        <w:t>Delivery Driver</w:t>
      </w:r>
    </w:p>
    <w:p w14:paraId="341EA186" w14:textId="77777777" w:rsidR="00EC4E55" w:rsidRDefault="00137C4C" w:rsidP="00442912">
      <w:r>
        <w:t>01/2024 – 01/2024 | Ocado – Purfleet</w:t>
      </w:r>
    </w:p>
    <w:p w14:paraId="16274E86" w14:textId="77777777" w:rsidR="00EC4E55" w:rsidRDefault="00137C4C" w:rsidP="00442912">
      <w:pPr>
        <w:pStyle w:val="ListBullet"/>
      </w:pPr>
      <w:r>
        <w:t>Delivered orders using company systems to track KPIs, routes, and customer communications.</w:t>
      </w:r>
    </w:p>
    <w:p w14:paraId="7CFC3109" w14:textId="77777777" w:rsidR="00EC4E55" w:rsidRDefault="00137C4C" w:rsidP="00442912">
      <w:r>
        <w:rPr>
          <w:b/>
        </w:rPr>
        <w:t>Warehouse Operative</w:t>
      </w:r>
    </w:p>
    <w:p w14:paraId="71F2159C" w14:textId="77777777" w:rsidR="00EC4E55" w:rsidRDefault="00137C4C" w:rsidP="00442912">
      <w:r>
        <w:t>07/2024 – 07/2024 | Logistics People, Dagenham</w:t>
      </w:r>
    </w:p>
    <w:p w14:paraId="6F33FEE0" w14:textId="77777777" w:rsidR="00EC4E55" w:rsidRDefault="00137C4C" w:rsidP="00442912">
      <w:pPr>
        <w:pStyle w:val="ListBullet"/>
      </w:pPr>
      <w:r>
        <w:t>Operated flexi-bendi forklift with official RTITB license on Coca-Cola stock.</w:t>
      </w:r>
    </w:p>
    <w:p w14:paraId="38C5C54C" w14:textId="77777777" w:rsidR="00EC4E55" w:rsidRDefault="00137C4C" w:rsidP="00442912">
      <w:pPr>
        <w:pStyle w:val="ListBullet"/>
      </w:pPr>
      <w:r>
        <w:t>Achieved punctuality and KPI targets.</w:t>
      </w:r>
    </w:p>
    <w:p w14:paraId="162EBA12" w14:textId="77777777" w:rsidR="00EC4E55" w:rsidRDefault="00137C4C" w:rsidP="00442912">
      <w:r>
        <w:rPr>
          <w:b/>
        </w:rPr>
        <w:t>Food Production Operative</w:t>
      </w:r>
    </w:p>
    <w:p w14:paraId="19A506A1" w14:textId="77777777" w:rsidR="00EC4E55" w:rsidRDefault="00137C4C" w:rsidP="00442912">
      <w:r>
        <w:t>08/2024 – 08/2024 | Peregrine Live Foods, Chipping Ongar</w:t>
      </w:r>
    </w:p>
    <w:p w14:paraId="6AFC09E7" w14:textId="77777777" w:rsidR="00EC4E55" w:rsidRDefault="00137C4C" w:rsidP="00442912">
      <w:pPr>
        <w:pStyle w:val="ListBullet"/>
      </w:pPr>
      <w:r>
        <w:t>Packed and sorted fresh produce while adhering to health and safety protocols.</w:t>
      </w:r>
    </w:p>
    <w:p w14:paraId="6214E4B1" w14:textId="77777777" w:rsidR="00EC4E55" w:rsidRDefault="00137C4C" w:rsidP="00442912">
      <w:pPr>
        <w:pStyle w:val="Heading1"/>
      </w:pPr>
      <w:r>
        <w:lastRenderedPageBreak/>
        <w:t>Extra-Curricular Activities</w:t>
      </w:r>
    </w:p>
    <w:p w14:paraId="56964B37" w14:textId="77777777" w:rsidR="00EC4E55" w:rsidRDefault="00137C4C" w:rsidP="00442912">
      <w:r>
        <w:t>Demonstrated initiative and creativity through independent and team-led projects combining technical ability, research, and user empathy:</w:t>
      </w:r>
    </w:p>
    <w:p w14:paraId="5ED072EB" w14:textId="77777777" w:rsidR="00EC4E55" w:rsidRDefault="00137C4C" w:rsidP="00442912">
      <w:r>
        <w:rPr>
          <w:b/>
        </w:rPr>
        <w:t>Rick &amp; Morty iOS App</w:t>
      </w:r>
    </w:p>
    <w:p w14:paraId="7DD57776" w14:textId="77777777" w:rsidR="00EC4E55" w:rsidRDefault="00137C4C" w:rsidP="00442912">
      <w:r>
        <w:t>https://github.com/LafyOjo/RickAndMortyiOSApp-main</w:t>
      </w:r>
    </w:p>
    <w:p w14:paraId="0154DEC2" w14:textId="77777777" w:rsidR="00EC4E55" w:rsidRDefault="00137C4C" w:rsidP="00442912">
      <w:pPr>
        <w:pStyle w:val="ListBullet"/>
      </w:pPr>
      <w:r>
        <w:t>Integrated the Rick &amp; Morty API for real-time character data.</w:t>
      </w:r>
    </w:p>
    <w:p w14:paraId="2FF279BE" w14:textId="77777777" w:rsidR="00EC4E55" w:rsidRDefault="00137C4C" w:rsidP="00442912">
      <w:pPr>
        <w:pStyle w:val="ListBullet"/>
      </w:pPr>
      <w:r>
        <w:t>Used Swift CoreData to store user favorites in SQLite.</w:t>
      </w:r>
    </w:p>
    <w:p w14:paraId="04352986" w14:textId="77777777" w:rsidR="00EC4E55" w:rsidRDefault="00137C4C" w:rsidP="00442912">
      <w:r>
        <w:rPr>
          <w:b/>
        </w:rPr>
        <w:t>Trivia Guessing Game App</w:t>
      </w:r>
    </w:p>
    <w:p w14:paraId="06869AD7" w14:textId="77777777" w:rsidR="00EC4E55" w:rsidRDefault="00137C4C" w:rsidP="00442912">
      <w:r>
        <w:t>https://github.com/LafyOjo/Trivia-Final-ProjectInformation Technology</w:t>
      </w:r>
    </w:p>
    <w:p w14:paraId="74EED8D2" w14:textId="77777777" w:rsidR="00EC4E55" w:rsidRDefault="00137C4C" w:rsidP="00442912">
      <w:pPr>
        <w:pStyle w:val="ListBullet"/>
      </w:pPr>
      <w:r>
        <w:t>Built an engaging trivia game in Swift with two collaborators.</w:t>
      </w:r>
    </w:p>
    <w:p w14:paraId="0A00E704" w14:textId="77777777" w:rsidR="00EC4E55" w:rsidRDefault="00137C4C" w:rsidP="00442912">
      <w:pPr>
        <w:pStyle w:val="ListBullet"/>
      </w:pPr>
      <w:r>
        <w:t>Focused on enhancing user interaction and intellectual engagement.</w:t>
      </w:r>
    </w:p>
    <w:p w14:paraId="5FAB43EA" w14:textId="77777777" w:rsidR="00EC4E55" w:rsidRDefault="00137C4C" w:rsidP="00442912">
      <w:r>
        <w:rPr>
          <w:b/>
        </w:rPr>
        <w:t>Book: Lost Legacy Echoes of Deception</w:t>
      </w:r>
    </w:p>
    <w:p w14:paraId="48596271" w14:textId="77777777" w:rsidR="00EC4E55" w:rsidRDefault="00137C4C" w:rsidP="00442912">
      <w:r>
        <w:t>www.isaiahaojo.com</w:t>
      </w:r>
    </w:p>
    <w:p w14:paraId="28225B40" w14:textId="77777777" w:rsidR="00EC4E55" w:rsidRDefault="00137C4C" w:rsidP="00442912">
      <w:pPr>
        <w:pStyle w:val="ListBullet"/>
      </w:pPr>
      <w:r>
        <w:t>Authored and self-published a novel exploring technology, mystery, and identity.</w:t>
      </w:r>
    </w:p>
    <w:p w14:paraId="491363B1" w14:textId="77777777" w:rsidR="00EC4E55" w:rsidRDefault="00137C4C" w:rsidP="00442912">
      <w:pPr>
        <w:pStyle w:val="ListBullet"/>
      </w:pPr>
      <w:r>
        <w:t>Enhanced written communication, research, and project management skills.</w:t>
      </w:r>
    </w:p>
    <w:sectPr w:rsidR="00EC4E55" w:rsidSect="00442912">
      <w:pgSz w:w="12240" w:h="15840"/>
      <w:pgMar w:top="720" w:right="720" w:bottom="720" w:left="72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MS Mincho">
    <w:altName w:val="ＭＳ 明朝"/>
    <w:panose1 w:val="02020609040205080304"/>
    <w:charset w:val="80"/>
    <w:family w:val="modern"/>
    <w:pitch w:val="fixed"/>
    <w:sig w:usb0="E00002FF" w:usb1="6AC7FDFB" w:usb2="08000012" w:usb3="00000000" w:csb0="0002009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S Gothic">
    <w:altName w:val="ＭＳ ゴシック"/>
    <w:panose1 w:val="020B0609070205080204"/>
    <w:charset w:val="80"/>
    <w:family w:val="modern"/>
    <w:pitch w:val="fixed"/>
    <w:sig w:usb0="E00002FF" w:usb1="6AC7FDFB" w:usb2="08000012" w:usb3="00000000" w:csb0="0002009F" w:csb1="00000000"/>
  </w:font>
  <w:font w:name="Courier">
    <w:panose1 w:val="02070409020205020404"/>
    <w:charset w:val="00"/>
    <w:family w:val="modern"/>
    <w:pitch w:val="fixed"/>
    <w:sig w:usb0="00000003" w:usb1="00000000" w:usb2="00000000" w:usb3="00000000" w:csb0="00000001" w:csb1="00000000"/>
  </w:font>
  <w:font w:name="Cambria Math">
    <w:panose1 w:val="02040503050406030204"/>
    <w:charset w:val="00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FFFFFF7C"/>
    <w:multiLevelType w:val="singleLevel"/>
    <w:tmpl w:val="C310EC42"/>
    <w:lvl w:ilvl="0">
      <w:start w:val="1"/>
      <w:numFmt w:val="decimal"/>
      <w:lvlText w:val="%1."/>
      <w:lvlJc w:val="left"/>
      <w:pPr>
        <w:tabs>
          <w:tab w:val="num" w:pos="1800"/>
        </w:tabs>
        <w:ind w:left="1800" w:hanging="360"/>
      </w:pPr>
    </w:lvl>
  </w:abstractNum>
  <w:abstractNum w:abstractNumId="1" w15:restartNumberingAfterBreak="0">
    <w:nsid w:val="FFFFFF7D"/>
    <w:multiLevelType w:val="singleLevel"/>
    <w:tmpl w:val="E4089024"/>
    <w:lvl w:ilvl="0">
      <w:start w:val="1"/>
      <w:numFmt w:val="decimal"/>
      <w:lvlText w:val="%1."/>
      <w:lvlJc w:val="left"/>
      <w:pPr>
        <w:tabs>
          <w:tab w:val="num" w:pos="1440"/>
        </w:tabs>
        <w:ind w:left="1440" w:hanging="360"/>
      </w:pPr>
    </w:lvl>
  </w:abstractNum>
  <w:abstractNum w:abstractNumId="2" w15:restartNumberingAfterBreak="0">
    <w:nsid w:val="FFFFFF7E"/>
    <w:multiLevelType w:val="singleLevel"/>
    <w:tmpl w:val="FB12693A"/>
    <w:lvl w:ilvl="0">
      <w:start w:val="1"/>
      <w:numFmt w:val="decimal"/>
      <w:pStyle w:val="ListNumber3"/>
      <w:lvlText w:val="%1."/>
      <w:lvlJc w:val="left"/>
      <w:pPr>
        <w:tabs>
          <w:tab w:val="num" w:pos="1080"/>
        </w:tabs>
        <w:ind w:left="1080" w:hanging="360"/>
      </w:pPr>
    </w:lvl>
  </w:abstractNum>
  <w:abstractNum w:abstractNumId="3" w15:restartNumberingAfterBreak="0">
    <w:nsid w:val="FFFFFF7F"/>
    <w:multiLevelType w:val="singleLevel"/>
    <w:tmpl w:val="38441652"/>
    <w:lvl w:ilvl="0">
      <w:start w:val="1"/>
      <w:numFmt w:val="decimal"/>
      <w:pStyle w:val="ListNumber2"/>
      <w:lvlText w:val="%1."/>
      <w:lvlJc w:val="left"/>
      <w:pPr>
        <w:tabs>
          <w:tab w:val="num" w:pos="720"/>
        </w:tabs>
        <w:ind w:left="720" w:hanging="360"/>
      </w:pPr>
    </w:lvl>
  </w:abstractNum>
  <w:abstractNum w:abstractNumId="4" w15:restartNumberingAfterBreak="0">
    <w:nsid w:val="FFFFFF81"/>
    <w:multiLevelType w:val="singleLevel"/>
    <w:tmpl w:val="171AC3A4"/>
    <w:lvl w:ilvl="0">
      <w:start w:val="1"/>
      <w:numFmt w:val="bullet"/>
      <w:lvlText w:val=""/>
      <w:lvlJc w:val="left"/>
      <w:pPr>
        <w:tabs>
          <w:tab w:val="num" w:pos="1440"/>
        </w:tabs>
        <w:ind w:left="1440" w:hanging="360"/>
      </w:pPr>
      <w:rPr>
        <w:rFonts w:ascii="Symbol" w:hAnsi="Symbol" w:hint="default"/>
      </w:rPr>
    </w:lvl>
  </w:abstractNum>
  <w:abstractNum w:abstractNumId="5" w15:restartNumberingAfterBreak="0">
    <w:nsid w:val="FFFFFF82"/>
    <w:multiLevelType w:val="singleLevel"/>
    <w:tmpl w:val="F3EAFDEC"/>
    <w:lvl w:ilvl="0">
      <w:start w:val="1"/>
      <w:numFmt w:val="bullet"/>
      <w:pStyle w:val="ListBullet3"/>
      <w:lvlText w:val=""/>
      <w:lvlJc w:val="left"/>
      <w:pPr>
        <w:tabs>
          <w:tab w:val="num" w:pos="1080"/>
        </w:tabs>
        <w:ind w:left="1080" w:hanging="360"/>
      </w:pPr>
      <w:rPr>
        <w:rFonts w:ascii="Symbol" w:hAnsi="Symbol" w:hint="default"/>
      </w:rPr>
    </w:lvl>
  </w:abstractNum>
  <w:abstractNum w:abstractNumId="6" w15:restartNumberingAfterBreak="0">
    <w:nsid w:val="FFFFFF83"/>
    <w:multiLevelType w:val="singleLevel"/>
    <w:tmpl w:val="3D1EFFD4"/>
    <w:lvl w:ilvl="0">
      <w:start w:val="1"/>
      <w:numFmt w:val="bullet"/>
      <w:pStyle w:val="ListBullet2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</w:rPr>
    </w:lvl>
  </w:abstractNum>
  <w:abstractNum w:abstractNumId="7" w15:restartNumberingAfterBreak="0">
    <w:nsid w:val="FFFFFF88"/>
    <w:multiLevelType w:val="singleLevel"/>
    <w:tmpl w:val="D0A62B40"/>
    <w:lvl w:ilvl="0">
      <w:start w:val="1"/>
      <w:numFmt w:val="decimal"/>
      <w:pStyle w:val="ListNumber"/>
      <w:lvlText w:val="%1."/>
      <w:lvlJc w:val="left"/>
      <w:pPr>
        <w:tabs>
          <w:tab w:val="num" w:pos="360"/>
        </w:tabs>
        <w:ind w:left="360" w:hanging="360"/>
      </w:pPr>
    </w:lvl>
  </w:abstractNum>
  <w:abstractNum w:abstractNumId="8" w15:restartNumberingAfterBreak="0">
    <w:nsid w:val="FFFFFF89"/>
    <w:multiLevelType w:val="singleLevel"/>
    <w:tmpl w:val="29761A62"/>
    <w:lvl w:ilvl="0">
      <w:start w:val="1"/>
      <w:numFmt w:val="bullet"/>
      <w:pStyle w:val="ListBullet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num w:numId="1" w16cid:durableId="1501696238">
    <w:abstractNumId w:val="8"/>
  </w:num>
  <w:num w:numId="2" w16cid:durableId="1785615384">
    <w:abstractNumId w:val="6"/>
  </w:num>
  <w:num w:numId="3" w16cid:durableId="1783649465">
    <w:abstractNumId w:val="5"/>
  </w:num>
  <w:num w:numId="4" w16cid:durableId="2003310712">
    <w:abstractNumId w:val="4"/>
  </w:num>
  <w:num w:numId="5" w16cid:durableId="1087073744">
    <w:abstractNumId w:val="7"/>
  </w:num>
  <w:num w:numId="6" w16cid:durableId="1701465949">
    <w:abstractNumId w:val="3"/>
  </w:num>
  <w:num w:numId="7" w16cid:durableId="497038664">
    <w:abstractNumId w:val="2"/>
  </w:num>
  <w:num w:numId="8" w16cid:durableId="830607849">
    <w:abstractNumId w:val="1"/>
  </w:num>
  <w:num w:numId="9" w16cid:durableId="983461320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useWord2013TrackBottomHyphenation" w:uri="http://schemas.microsoft.com/office/word" w:val="1"/>
  </w:compat>
  <w:rsids>
    <w:rsidRoot w:val="00B47730"/>
    <w:rsid w:val="00024E1E"/>
    <w:rsid w:val="00032657"/>
    <w:rsid w:val="00034616"/>
    <w:rsid w:val="0006063C"/>
    <w:rsid w:val="00137C4C"/>
    <w:rsid w:val="0015074B"/>
    <w:rsid w:val="0029639D"/>
    <w:rsid w:val="00326F90"/>
    <w:rsid w:val="003769BE"/>
    <w:rsid w:val="00442912"/>
    <w:rsid w:val="004B1E2D"/>
    <w:rsid w:val="005558D2"/>
    <w:rsid w:val="00647EAE"/>
    <w:rsid w:val="009A2B79"/>
    <w:rsid w:val="009A7351"/>
    <w:rsid w:val="009D27E6"/>
    <w:rsid w:val="009D5777"/>
    <w:rsid w:val="00AA1D8D"/>
    <w:rsid w:val="00B47730"/>
    <w:rsid w:val="00CB0664"/>
    <w:rsid w:val="00D91F56"/>
    <w:rsid w:val="00EC4E55"/>
    <w:rsid w:val="00EE4D62"/>
    <w:rsid w:val="00F84DC5"/>
    <w:rsid w:val="00FC693F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doNotAutoCompressPictures/>
  <w:shapeDefaults>
    <o:shapedefaults v:ext="edit" spidmax="1026"/>
    <o:shapelayout v:ext="edit">
      <o:idmap v:ext="edit" data="1"/>
    </o:shapelayout>
  </w:shapeDefaults>
  <w:decimalSymbol w:val="."/>
  <w:listSeparator w:val=","/>
  <w14:docId w14:val="080A49A1"/>
  <w14:defaultImageDpi w14:val="300"/>
  <w15:docId w15:val="{06F65EF1-F4E0-499A-930A-7A1570F8C220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FC693F"/>
    <w:rPr>
      <w:rFonts w:ascii="Calibri" w:hAnsi="Calibri"/>
    </w:rPr>
  </w:style>
  <w:style w:type="paragraph" w:styleId="Heading1">
    <w:name w:val="heading 1"/>
    <w:basedOn w:val="Normal"/>
    <w:next w:val="Normal"/>
    <w:link w:val="Heading1Char"/>
    <w:uiPriority w:val="9"/>
    <w:qFormat/>
    <w:rsid w:val="00FC693F"/>
    <w:pPr>
      <w:keepNext/>
      <w:keepLines/>
      <w:spacing w:before="480" w:after="0"/>
      <w:outlineLvl w:val="0"/>
    </w:pPr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FC693F"/>
    <w:pPr>
      <w:keepNext/>
      <w:keepLines/>
      <w:spacing w:before="200" w:after="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FC693F"/>
    <w:pPr>
      <w:keepNext/>
      <w:keepLines/>
      <w:spacing w:before="200" w:after="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FC693F"/>
    <w:pPr>
      <w:keepNext/>
      <w:keepLines/>
      <w:spacing w:before="200" w:after="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FC693F"/>
    <w:pPr>
      <w:keepNext/>
      <w:keepLines/>
      <w:spacing w:before="200" w:after="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FC693F"/>
    <w:pPr>
      <w:keepNext/>
      <w:keepLines/>
      <w:spacing w:before="200" w:after="0"/>
      <w:outlineLvl w:val="5"/>
    </w:pPr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FC693F"/>
    <w:pPr>
      <w:keepNext/>
      <w:keepLines/>
      <w:spacing w:before="200" w:after="0"/>
      <w:outlineLvl w:val="6"/>
    </w:pPr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FC693F"/>
    <w:pPr>
      <w:keepNext/>
      <w:keepLines/>
      <w:spacing w:before="200" w:after="0"/>
      <w:outlineLvl w:val="7"/>
    </w:pPr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FC693F"/>
    <w:pPr>
      <w:keepNext/>
      <w:keepLines/>
      <w:spacing w:before="200" w:after="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DefaultParagraphFont">
    <w:name w:val="Default Paragraph Font"/>
    <w:uiPriority w:val="1"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Header">
    <w:name w:val="header"/>
    <w:basedOn w:val="Normal"/>
    <w:link w:val="Head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E618BF"/>
  </w:style>
  <w:style w:type="paragraph" w:styleId="Footer">
    <w:name w:val="footer"/>
    <w:basedOn w:val="Normal"/>
    <w:link w:val="FooterChar"/>
    <w:uiPriority w:val="99"/>
    <w:unhideWhenUsed/>
    <w:rsid w:val="00E618BF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E618BF"/>
  </w:style>
  <w:style w:type="paragraph" w:styleId="NoSpacing">
    <w:name w:val="No Spacing"/>
    <w:uiPriority w:val="1"/>
    <w:qFormat/>
    <w:rsid w:val="00FC693F"/>
    <w:pPr>
      <w:spacing w:after="0" w:line="240" w:lineRule="auto"/>
    </w:pPr>
  </w:style>
  <w:style w:type="character" w:customStyle="1" w:styleId="Heading1Char">
    <w:name w:val="Heading 1 Char"/>
    <w:basedOn w:val="DefaultParagraphFont"/>
    <w:link w:val="Heading1"/>
    <w:uiPriority w:val="9"/>
    <w:rsid w:val="00FC693F"/>
    <w:rPr>
      <w:rFonts w:asciiTheme="majorHAnsi" w:eastAsiaTheme="majorEastAsia" w:hAnsiTheme="majorHAnsi" w:cstheme="majorBidi"/>
      <w:b/>
      <w:bCs/>
      <w:color w:val="365F91" w:themeColor="accent1" w:themeShade="BF"/>
      <w:sz w:val="28"/>
      <w:szCs w:val="28"/>
    </w:rPr>
  </w:style>
  <w:style w:type="character" w:customStyle="1" w:styleId="Heading2Char">
    <w:name w:val="Heading 2 Char"/>
    <w:basedOn w:val="DefaultParagraphFont"/>
    <w:link w:val="Heading2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FC693F"/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Title">
    <w:name w:val="Title"/>
    <w:basedOn w:val="Normal"/>
    <w:next w:val="Normal"/>
    <w:link w:val="TitleChar"/>
    <w:uiPriority w:val="10"/>
    <w:qFormat/>
    <w:rsid w:val="00FC693F"/>
    <w:pPr>
      <w:pBdr>
        <w:bottom w:val="single" w:sz="8" w:space="4" w:color="4F81BD" w:themeColor="accent1"/>
      </w:pBdr>
      <w:spacing w:after="300" w:line="240" w:lineRule="auto"/>
      <w:contextualSpacing/>
    </w:pPr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character" w:customStyle="1" w:styleId="TitleChar">
    <w:name w:val="Title Char"/>
    <w:basedOn w:val="DefaultParagraphFont"/>
    <w:link w:val="Title"/>
    <w:uiPriority w:val="10"/>
    <w:rsid w:val="00FC693F"/>
    <w:rPr>
      <w:rFonts w:asciiTheme="majorHAnsi" w:eastAsiaTheme="majorEastAsia" w:hAnsiTheme="majorHAnsi" w:cstheme="majorBidi"/>
      <w:color w:val="17365D" w:themeColor="text2" w:themeShade="BF"/>
      <w:spacing w:val="5"/>
      <w:kern w:val="28"/>
      <w:sz w:val="52"/>
      <w:szCs w:val="52"/>
    </w:rPr>
  </w:style>
  <w:style w:type="paragraph" w:styleId="Subtitle">
    <w:name w:val="Subtitle"/>
    <w:basedOn w:val="Normal"/>
    <w:next w:val="Normal"/>
    <w:link w:val="SubtitleChar"/>
    <w:uiPriority w:val="11"/>
    <w:qFormat/>
    <w:rsid w:val="00FC693F"/>
    <w:pPr>
      <w:numPr>
        <w:ilvl w:val="1"/>
      </w:numPr>
    </w:pPr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character" w:customStyle="1" w:styleId="SubtitleChar">
    <w:name w:val="Subtitle Char"/>
    <w:basedOn w:val="DefaultParagraphFont"/>
    <w:link w:val="Subtitle"/>
    <w:uiPriority w:val="11"/>
    <w:rsid w:val="00FC693F"/>
    <w:rPr>
      <w:rFonts w:asciiTheme="majorHAnsi" w:eastAsiaTheme="majorEastAsia" w:hAnsiTheme="majorHAnsi" w:cstheme="majorBidi"/>
      <w:i/>
      <w:iCs/>
      <w:color w:val="4F81BD" w:themeColor="accent1"/>
      <w:spacing w:val="15"/>
      <w:sz w:val="24"/>
      <w:szCs w:val="24"/>
    </w:rPr>
  </w:style>
  <w:style w:type="paragraph" w:styleId="ListParagraph">
    <w:name w:val="List Paragraph"/>
    <w:basedOn w:val="Normal"/>
    <w:uiPriority w:val="34"/>
    <w:qFormat/>
    <w:rsid w:val="00FC693F"/>
    <w:pPr>
      <w:ind w:left="720"/>
      <w:contextualSpacing/>
    </w:pPr>
  </w:style>
  <w:style w:type="paragraph" w:styleId="BodyText">
    <w:name w:val="Body Text"/>
    <w:basedOn w:val="Normal"/>
    <w:link w:val="BodyTextChar"/>
    <w:uiPriority w:val="99"/>
    <w:unhideWhenUsed/>
    <w:rsid w:val="00AA1D8D"/>
    <w:pPr>
      <w:spacing w:after="120"/>
    </w:pPr>
  </w:style>
  <w:style w:type="character" w:customStyle="1" w:styleId="BodyTextChar">
    <w:name w:val="Body Text Char"/>
    <w:basedOn w:val="DefaultParagraphFont"/>
    <w:link w:val="BodyText"/>
    <w:uiPriority w:val="99"/>
    <w:rsid w:val="00AA1D8D"/>
  </w:style>
  <w:style w:type="paragraph" w:styleId="BodyText2">
    <w:name w:val="Body Text 2"/>
    <w:basedOn w:val="Normal"/>
    <w:link w:val="BodyText2Char"/>
    <w:uiPriority w:val="99"/>
    <w:unhideWhenUsed/>
    <w:rsid w:val="00AA1D8D"/>
    <w:pPr>
      <w:spacing w:after="120" w:line="480" w:lineRule="auto"/>
    </w:pPr>
  </w:style>
  <w:style w:type="character" w:customStyle="1" w:styleId="BodyText2Char">
    <w:name w:val="Body Text 2 Char"/>
    <w:basedOn w:val="DefaultParagraphFont"/>
    <w:link w:val="BodyText2"/>
    <w:uiPriority w:val="99"/>
    <w:rsid w:val="00AA1D8D"/>
  </w:style>
  <w:style w:type="paragraph" w:styleId="BodyText3">
    <w:name w:val="Body Text 3"/>
    <w:basedOn w:val="Normal"/>
    <w:link w:val="BodyText3Char"/>
    <w:uiPriority w:val="99"/>
    <w:unhideWhenUsed/>
    <w:rsid w:val="00AA1D8D"/>
    <w:pPr>
      <w:spacing w:after="120"/>
    </w:pPr>
    <w:rPr>
      <w:sz w:val="16"/>
      <w:szCs w:val="16"/>
    </w:rPr>
  </w:style>
  <w:style w:type="character" w:customStyle="1" w:styleId="BodyText3Char">
    <w:name w:val="Body Text 3 Char"/>
    <w:basedOn w:val="DefaultParagraphFont"/>
    <w:link w:val="BodyText3"/>
    <w:uiPriority w:val="99"/>
    <w:rsid w:val="00AA1D8D"/>
    <w:rPr>
      <w:sz w:val="16"/>
      <w:szCs w:val="16"/>
    </w:rPr>
  </w:style>
  <w:style w:type="paragraph" w:styleId="List">
    <w:name w:val="List"/>
    <w:basedOn w:val="Normal"/>
    <w:uiPriority w:val="99"/>
    <w:unhideWhenUsed/>
    <w:rsid w:val="00AA1D8D"/>
    <w:pPr>
      <w:ind w:left="360" w:hanging="360"/>
      <w:contextualSpacing/>
    </w:pPr>
  </w:style>
  <w:style w:type="paragraph" w:styleId="List2">
    <w:name w:val="List 2"/>
    <w:basedOn w:val="Normal"/>
    <w:uiPriority w:val="99"/>
    <w:unhideWhenUsed/>
    <w:rsid w:val="00326F90"/>
    <w:pPr>
      <w:ind w:left="720" w:hanging="360"/>
      <w:contextualSpacing/>
    </w:pPr>
  </w:style>
  <w:style w:type="paragraph" w:styleId="List3">
    <w:name w:val="List 3"/>
    <w:basedOn w:val="Normal"/>
    <w:uiPriority w:val="99"/>
    <w:unhideWhenUsed/>
    <w:rsid w:val="00326F90"/>
    <w:pPr>
      <w:ind w:left="1080" w:hanging="360"/>
      <w:contextualSpacing/>
    </w:pPr>
  </w:style>
  <w:style w:type="paragraph" w:styleId="ListBullet">
    <w:name w:val="List Bullet"/>
    <w:basedOn w:val="Normal"/>
    <w:uiPriority w:val="99"/>
    <w:unhideWhenUsed/>
    <w:rsid w:val="00326F90"/>
    <w:pPr>
      <w:numPr>
        <w:numId w:val="1"/>
      </w:numPr>
      <w:contextualSpacing/>
    </w:pPr>
  </w:style>
  <w:style w:type="paragraph" w:styleId="ListBullet2">
    <w:name w:val="List Bullet 2"/>
    <w:basedOn w:val="Normal"/>
    <w:uiPriority w:val="99"/>
    <w:unhideWhenUsed/>
    <w:rsid w:val="00326F90"/>
    <w:pPr>
      <w:numPr>
        <w:numId w:val="2"/>
      </w:numPr>
      <w:contextualSpacing/>
    </w:pPr>
  </w:style>
  <w:style w:type="paragraph" w:styleId="ListBullet3">
    <w:name w:val="List Bullet 3"/>
    <w:basedOn w:val="Normal"/>
    <w:uiPriority w:val="99"/>
    <w:unhideWhenUsed/>
    <w:rsid w:val="00326F90"/>
    <w:pPr>
      <w:numPr>
        <w:numId w:val="3"/>
      </w:numPr>
      <w:contextualSpacing/>
    </w:pPr>
  </w:style>
  <w:style w:type="paragraph" w:styleId="ListNumber">
    <w:name w:val="List Number"/>
    <w:basedOn w:val="Normal"/>
    <w:uiPriority w:val="99"/>
    <w:unhideWhenUsed/>
    <w:rsid w:val="00326F90"/>
    <w:pPr>
      <w:numPr>
        <w:numId w:val="5"/>
      </w:numPr>
      <w:contextualSpacing/>
    </w:pPr>
  </w:style>
  <w:style w:type="paragraph" w:styleId="ListNumber2">
    <w:name w:val="List Number 2"/>
    <w:basedOn w:val="Normal"/>
    <w:uiPriority w:val="99"/>
    <w:unhideWhenUsed/>
    <w:rsid w:val="0029639D"/>
    <w:pPr>
      <w:numPr>
        <w:numId w:val="6"/>
      </w:numPr>
      <w:contextualSpacing/>
    </w:pPr>
  </w:style>
  <w:style w:type="paragraph" w:styleId="ListNumber3">
    <w:name w:val="List Number 3"/>
    <w:basedOn w:val="Normal"/>
    <w:uiPriority w:val="99"/>
    <w:unhideWhenUsed/>
    <w:rsid w:val="0029639D"/>
    <w:pPr>
      <w:numPr>
        <w:numId w:val="7"/>
      </w:numPr>
      <w:contextualSpacing/>
    </w:pPr>
  </w:style>
  <w:style w:type="paragraph" w:styleId="ListContinue">
    <w:name w:val="List Continue"/>
    <w:basedOn w:val="Normal"/>
    <w:uiPriority w:val="99"/>
    <w:unhideWhenUsed/>
    <w:rsid w:val="0029639D"/>
    <w:pPr>
      <w:spacing w:after="120"/>
      <w:ind w:left="360"/>
      <w:contextualSpacing/>
    </w:pPr>
  </w:style>
  <w:style w:type="paragraph" w:styleId="ListContinue2">
    <w:name w:val="List Continue 2"/>
    <w:basedOn w:val="Normal"/>
    <w:uiPriority w:val="99"/>
    <w:unhideWhenUsed/>
    <w:rsid w:val="0029639D"/>
    <w:pPr>
      <w:spacing w:after="120"/>
      <w:ind w:left="720"/>
      <w:contextualSpacing/>
    </w:pPr>
  </w:style>
  <w:style w:type="paragraph" w:styleId="ListContinue3">
    <w:name w:val="List Continue 3"/>
    <w:basedOn w:val="Normal"/>
    <w:uiPriority w:val="99"/>
    <w:unhideWhenUsed/>
    <w:rsid w:val="0029639D"/>
    <w:pPr>
      <w:spacing w:after="120"/>
      <w:ind w:left="1080"/>
      <w:contextualSpacing/>
    </w:pPr>
  </w:style>
  <w:style w:type="paragraph" w:styleId="MacroText">
    <w:name w:val="macro"/>
    <w:link w:val="MacroTextChar"/>
    <w:uiPriority w:val="99"/>
    <w:unhideWhenUsed/>
    <w:rsid w:val="0029639D"/>
    <w:pPr>
      <w:tabs>
        <w:tab w:val="left" w:pos="576"/>
        <w:tab w:val="left" w:pos="1152"/>
        <w:tab w:val="left" w:pos="1728"/>
        <w:tab w:val="left" w:pos="2304"/>
        <w:tab w:val="left" w:pos="2880"/>
        <w:tab w:val="left" w:pos="3456"/>
        <w:tab w:val="left" w:pos="4032"/>
      </w:tabs>
    </w:pPr>
    <w:rPr>
      <w:rFonts w:ascii="Courier" w:hAnsi="Courier"/>
      <w:sz w:val="20"/>
      <w:szCs w:val="20"/>
    </w:rPr>
  </w:style>
  <w:style w:type="character" w:customStyle="1" w:styleId="MacroTextChar">
    <w:name w:val="Macro Text Char"/>
    <w:basedOn w:val="DefaultParagraphFont"/>
    <w:link w:val="MacroText"/>
    <w:uiPriority w:val="99"/>
    <w:rsid w:val="0029639D"/>
    <w:rPr>
      <w:rFonts w:ascii="Courier" w:hAnsi="Courier"/>
      <w:sz w:val="20"/>
      <w:szCs w:val="20"/>
    </w:rPr>
  </w:style>
  <w:style w:type="paragraph" w:styleId="Quote">
    <w:name w:val="Quote"/>
    <w:basedOn w:val="Normal"/>
    <w:next w:val="Normal"/>
    <w:link w:val="QuoteChar"/>
    <w:uiPriority w:val="29"/>
    <w:qFormat/>
    <w:rsid w:val="00FC693F"/>
    <w:rPr>
      <w:i/>
      <w:iCs/>
      <w:color w:val="000000" w:themeColor="text1"/>
    </w:rPr>
  </w:style>
  <w:style w:type="character" w:customStyle="1" w:styleId="QuoteChar">
    <w:name w:val="Quote Char"/>
    <w:basedOn w:val="DefaultParagraphFont"/>
    <w:link w:val="Quote"/>
    <w:uiPriority w:val="29"/>
    <w:rsid w:val="00FC693F"/>
    <w:rPr>
      <w:i/>
      <w:iCs/>
      <w:color w:val="000000" w:themeColor="text1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FC693F"/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FC693F"/>
    <w:rPr>
      <w:rFonts w:asciiTheme="majorHAnsi" w:eastAsiaTheme="majorEastAsia" w:hAnsiTheme="majorHAnsi" w:cstheme="majorBidi"/>
      <w:color w:val="243F60" w:themeColor="accent1" w:themeShade="7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FC693F"/>
    <w:rPr>
      <w:rFonts w:asciiTheme="majorHAnsi" w:eastAsiaTheme="majorEastAsia" w:hAnsiTheme="majorHAnsi" w:cstheme="majorBidi"/>
      <w:i/>
      <w:iCs/>
      <w:color w:val="243F60" w:themeColor="accent1" w:themeShade="7F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FC693F"/>
    <w:rPr>
      <w:rFonts w:asciiTheme="majorHAnsi" w:eastAsiaTheme="majorEastAsia" w:hAnsiTheme="majorHAnsi" w:cstheme="majorBidi"/>
      <w:color w:val="4F81BD" w:themeColor="accent1"/>
      <w:sz w:val="20"/>
      <w:szCs w:val="20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FC693F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paragraph" w:styleId="Caption">
    <w:name w:val="caption"/>
    <w:basedOn w:val="Normal"/>
    <w:next w:val="Normal"/>
    <w:uiPriority w:val="35"/>
    <w:semiHidden/>
    <w:unhideWhenUsed/>
    <w:qFormat/>
    <w:rsid w:val="00FC693F"/>
    <w:pPr>
      <w:spacing w:line="240" w:lineRule="auto"/>
    </w:pPr>
    <w:rPr>
      <w:b/>
      <w:bCs/>
      <w:color w:val="4F81BD" w:themeColor="accent1"/>
      <w:sz w:val="18"/>
      <w:szCs w:val="18"/>
    </w:rPr>
  </w:style>
  <w:style w:type="character" w:styleId="Strong">
    <w:name w:val="Strong"/>
    <w:basedOn w:val="DefaultParagraphFont"/>
    <w:uiPriority w:val="22"/>
    <w:qFormat/>
    <w:rsid w:val="00FC693F"/>
    <w:rPr>
      <w:b/>
      <w:bCs/>
    </w:rPr>
  </w:style>
  <w:style w:type="character" w:styleId="Emphasis">
    <w:name w:val="Emphasis"/>
    <w:basedOn w:val="DefaultParagraphFont"/>
    <w:uiPriority w:val="20"/>
    <w:qFormat/>
    <w:rsid w:val="00FC693F"/>
    <w:rPr>
      <w:i/>
      <w:iCs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FC693F"/>
    <w:pPr>
      <w:pBdr>
        <w:bottom w:val="single" w:sz="4" w:space="4" w:color="4F81BD" w:themeColor="accent1"/>
      </w:pBdr>
      <w:spacing w:before="200" w:after="280"/>
      <w:ind w:left="936" w:right="936"/>
    </w:pPr>
    <w:rPr>
      <w:b/>
      <w:bCs/>
      <w:i/>
      <w:iCs/>
      <w:color w:val="4F81BD" w:themeColor="accent1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FC693F"/>
    <w:rPr>
      <w:b/>
      <w:bCs/>
      <w:i/>
      <w:iCs/>
      <w:color w:val="4F81BD" w:themeColor="accent1"/>
    </w:rPr>
  </w:style>
  <w:style w:type="character" w:styleId="SubtleEmphasis">
    <w:name w:val="Subtle Emphasis"/>
    <w:basedOn w:val="DefaultParagraphFont"/>
    <w:uiPriority w:val="19"/>
    <w:qFormat/>
    <w:rsid w:val="00FC693F"/>
    <w:rPr>
      <w:i/>
      <w:iCs/>
      <w:color w:val="808080" w:themeColor="text1" w:themeTint="7F"/>
    </w:rPr>
  </w:style>
  <w:style w:type="character" w:styleId="IntenseEmphasis">
    <w:name w:val="Intense Emphasis"/>
    <w:basedOn w:val="DefaultParagraphFont"/>
    <w:uiPriority w:val="21"/>
    <w:qFormat/>
    <w:rsid w:val="00FC693F"/>
    <w:rPr>
      <w:b/>
      <w:bCs/>
      <w:i/>
      <w:iCs/>
      <w:color w:val="4F81BD" w:themeColor="accent1"/>
    </w:rPr>
  </w:style>
  <w:style w:type="character" w:styleId="SubtleReference">
    <w:name w:val="Subtle Reference"/>
    <w:basedOn w:val="DefaultParagraphFont"/>
    <w:uiPriority w:val="31"/>
    <w:qFormat/>
    <w:rsid w:val="00FC693F"/>
    <w:rPr>
      <w:smallCaps/>
      <w:color w:val="C0504D" w:themeColor="accent2"/>
      <w:u w:val="single"/>
    </w:rPr>
  </w:style>
  <w:style w:type="character" w:styleId="IntenseReference">
    <w:name w:val="Intense Reference"/>
    <w:basedOn w:val="DefaultParagraphFont"/>
    <w:uiPriority w:val="32"/>
    <w:qFormat/>
    <w:rsid w:val="00FC693F"/>
    <w:rPr>
      <w:b/>
      <w:bCs/>
      <w:smallCaps/>
      <w:color w:val="C0504D" w:themeColor="accent2"/>
      <w:spacing w:val="5"/>
      <w:u w:val="single"/>
    </w:rPr>
  </w:style>
  <w:style w:type="character" w:styleId="BookTitle">
    <w:name w:val="Book Title"/>
    <w:basedOn w:val="DefaultParagraphFont"/>
    <w:uiPriority w:val="33"/>
    <w:qFormat/>
    <w:rsid w:val="00FC693F"/>
    <w:rPr>
      <w:b/>
      <w:bCs/>
      <w:smallCaps/>
      <w:spacing w:val="5"/>
    </w:rPr>
  </w:style>
  <w:style w:type="paragraph" w:styleId="TOCHeading">
    <w:name w:val="TOC Heading"/>
    <w:basedOn w:val="Heading1"/>
    <w:next w:val="Normal"/>
    <w:uiPriority w:val="39"/>
    <w:semiHidden/>
    <w:unhideWhenUsed/>
    <w:qFormat/>
    <w:rsid w:val="00FC693F"/>
    <w:pPr>
      <w:outlineLvl w:val="9"/>
    </w:pPr>
  </w:style>
  <w:style w:type="table" w:styleId="TableGrid">
    <w:name w:val="Table Grid"/>
    <w:basedOn w:val="TableNormal"/>
    <w:uiPriority w:val="59"/>
    <w:rsid w:val="00FC693F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LightShading">
    <w:name w:val="Light Shading"/>
    <w:basedOn w:val="TableNormal"/>
    <w:uiPriority w:val="60"/>
    <w:rsid w:val="00FC693F"/>
    <w:pPr>
      <w:spacing w:after="0" w:line="240" w:lineRule="auto"/>
    </w:pPr>
    <w:rPr>
      <w:color w:val="000000" w:themeColor="text1" w:themeShade="BF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000000" w:themeColor="text1"/>
          <w:left w:val="nil"/>
          <w:bottom w:val="single" w:sz="8" w:space="0" w:color="000000" w:themeColor="tex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</w:style>
  <w:style w:type="table" w:styleId="LightShading-Accent1">
    <w:name w:val="Light Shading Accent 1"/>
    <w:basedOn w:val="TableNormal"/>
    <w:uiPriority w:val="60"/>
    <w:rsid w:val="00FC693F"/>
    <w:pPr>
      <w:spacing w:after="0" w:line="240" w:lineRule="auto"/>
    </w:pPr>
    <w:rPr>
      <w:color w:val="365F91" w:themeColor="accent1" w:themeShade="BF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F81BD" w:themeColor="accent1"/>
          <w:left w:val="nil"/>
          <w:bottom w:val="single" w:sz="8" w:space="0" w:color="4F81BD" w:themeColor="accent1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</w:style>
  <w:style w:type="table" w:styleId="LightShading-Accent2">
    <w:name w:val="Light Shading Accent 2"/>
    <w:basedOn w:val="TableNormal"/>
    <w:uiPriority w:val="60"/>
    <w:rsid w:val="00FC693F"/>
    <w:pPr>
      <w:spacing w:after="0" w:line="240" w:lineRule="auto"/>
    </w:pPr>
    <w:rPr>
      <w:color w:val="943634" w:themeColor="accent2" w:themeShade="BF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C0504D" w:themeColor="accent2"/>
          <w:left w:val="nil"/>
          <w:bottom w:val="single" w:sz="8" w:space="0" w:color="C0504D" w:themeColor="accent2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</w:style>
  <w:style w:type="table" w:styleId="LightShading-Accent3">
    <w:name w:val="Light Shading Accent 3"/>
    <w:basedOn w:val="TableNormal"/>
    <w:uiPriority w:val="60"/>
    <w:rsid w:val="00FC693F"/>
    <w:pPr>
      <w:spacing w:after="0" w:line="240" w:lineRule="auto"/>
    </w:pPr>
    <w:rPr>
      <w:color w:val="76923C" w:themeColor="accent3" w:themeShade="BF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9BBB59" w:themeColor="accent3"/>
          <w:left w:val="nil"/>
          <w:bottom w:val="single" w:sz="8" w:space="0" w:color="9BBB59" w:themeColor="accent3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</w:style>
  <w:style w:type="table" w:styleId="LightShading-Accent4">
    <w:name w:val="Light Shading Accent 4"/>
    <w:basedOn w:val="TableNormal"/>
    <w:uiPriority w:val="60"/>
    <w:rsid w:val="00FC693F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table" w:styleId="LightShading-Accent5">
    <w:name w:val="Light Shading Accent 5"/>
    <w:basedOn w:val="TableNormal"/>
    <w:uiPriority w:val="60"/>
    <w:rsid w:val="00FC693F"/>
    <w:pPr>
      <w:spacing w:after="0" w:line="240" w:lineRule="auto"/>
    </w:pPr>
    <w:rPr>
      <w:color w:val="31849B" w:themeColor="accent5" w:themeShade="BF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4BACC6" w:themeColor="accent5"/>
          <w:left w:val="nil"/>
          <w:bottom w:val="single" w:sz="8" w:space="0" w:color="4BACC6" w:themeColor="accent5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</w:style>
  <w:style w:type="table" w:styleId="LightShading-Accent6">
    <w:name w:val="Light Shading Accent 6"/>
    <w:basedOn w:val="TableNormal"/>
    <w:uiPriority w:val="60"/>
    <w:rsid w:val="00FC693F"/>
    <w:pPr>
      <w:spacing w:after="0" w:line="240" w:lineRule="auto"/>
    </w:pPr>
    <w:rPr>
      <w:color w:val="E36C0A" w:themeColor="accent6" w:themeShade="BF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F79646" w:themeColor="accent6"/>
          <w:left w:val="nil"/>
          <w:bottom w:val="single" w:sz="8" w:space="0" w:color="F79646" w:themeColor="accent6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</w:style>
  <w:style w:type="table" w:styleId="LightList">
    <w:name w:val="Light List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</w:style>
  <w:style w:type="table" w:styleId="LightList-Accent1">
    <w:name w:val="Light List Accent 1"/>
    <w:basedOn w:val="TableNormal"/>
    <w:uiPriority w:val="61"/>
    <w:rsid w:val="00FC693F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</w:style>
  <w:style w:type="table" w:styleId="LightList-Accent2">
    <w:name w:val="Light List Accent 2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</w:style>
  <w:style w:type="table" w:styleId="LightList-Accent3">
    <w:name w:val="Light List Accent 3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</w:style>
  <w:style w:type="table" w:styleId="LightList-Accent4">
    <w:name w:val="Light List Accent 4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</w:style>
  <w:style w:type="table" w:styleId="LightList-Accent5">
    <w:name w:val="Light List Accent 5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</w:style>
  <w:style w:type="table" w:styleId="LightList-Accent6">
    <w:name w:val="Light List Accent 6"/>
    <w:basedOn w:val="TableNormal"/>
    <w:uiPriority w:val="61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</w:style>
  <w:style w:type="table" w:styleId="LightGrid">
    <w:name w:val="Light Grid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1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H w:val="nil"/>
          <w:insideV w:val="single" w:sz="8" w:space="0" w:color="000000" w:themeColor="tex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</w:tcPr>
    </w:tblStylePr>
    <w:tblStylePr w:type="band1Vert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  <w:shd w:val="clear" w:color="auto" w:fill="C0C0C0" w:themeFill="text1" w:themeFillTint="3F"/>
      </w:tcPr>
    </w:tblStylePr>
    <w:tblStylePr w:type="band2Horz">
      <w:tblPr/>
      <w:tcPr>
        <w:tcBorders>
          <w:top w:val="single" w:sz="8" w:space="0" w:color="000000" w:themeColor="text1"/>
          <w:left w:val="single" w:sz="8" w:space="0" w:color="000000" w:themeColor="text1"/>
          <w:bottom w:val="single" w:sz="8" w:space="0" w:color="000000" w:themeColor="text1"/>
          <w:right w:val="single" w:sz="8" w:space="0" w:color="000000" w:themeColor="text1"/>
          <w:insideV w:val="single" w:sz="8" w:space="0" w:color="000000" w:themeColor="text1"/>
        </w:tcBorders>
      </w:tcPr>
    </w:tblStylePr>
  </w:style>
  <w:style w:type="table" w:styleId="LightGrid-Accent1">
    <w:name w:val="Light Grid Accent 1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1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H w:val="nil"/>
          <w:insideV w:val="single" w:sz="8" w:space="0" w:color="4F81BD" w:themeColor="accent1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</w:tcPr>
    </w:tblStylePr>
    <w:tblStylePr w:type="band1Vert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  <w:shd w:val="clear" w:color="auto" w:fill="D3DFEE" w:themeFill="accent1" w:themeFillTint="3F"/>
      </w:tcPr>
    </w:tblStylePr>
    <w:tblStylePr w:type="band2Horz">
      <w:tblPr/>
      <w:tcPr>
        <w:tcBorders>
          <w:top w:val="single" w:sz="8" w:space="0" w:color="4F81BD" w:themeColor="accent1"/>
          <w:left w:val="single" w:sz="8" w:space="0" w:color="4F81BD" w:themeColor="accent1"/>
          <w:bottom w:val="single" w:sz="8" w:space="0" w:color="4F81BD" w:themeColor="accent1"/>
          <w:right w:val="single" w:sz="8" w:space="0" w:color="4F81BD" w:themeColor="accent1"/>
          <w:insideV w:val="single" w:sz="8" w:space="0" w:color="4F81BD" w:themeColor="accent1"/>
        </w:tcBorders>
      </w:tcPr>
    </w:tblStylePr>
  </w:style>
  <w:style w:type="table" w:styleId="LightGrid-Accent2">
    <w:name w:val="Light Grid Accent 2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1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H w:val="nil"/>
          <w:insideV w:val="single" w:sz="8" w:space="0" w:color="C0504D" w:themeColor="accent2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</w:tcPr>
    </w:tblStylePr>
    <w:tblStylePr w:type="band1Vert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  <w:shd w:val="clear" w:color="auto" w:fill="EFD3D2" w:themeFill="accent2" w:themeFillTint="3F"/>
      </w:tcPr>
    </w:tblStylePr>
    <w:tblStylePr w:type="band2Horz">
      <w:tblPr/>
      <w:tcPr>
        <w:tcBorders>
          <w:top w:val="single" w:sz="8" w:space="0" w:color="C0504D" w:themeColor="accent2"/>
          <w:left w:val="single" w:sz="8" w:space="0" w:color="C0504D" w:themeColor="accent2"/>
          <w:bottom w:val="single" w:sz="8" w:space="0" w:color="C0504D" w:themeColor="accent2"/>
          <w:right w:val="single" w:sz="8" w:space="0" w:color="C0504D" w:themeColor="accent2"/>
          <w:insideV w:val="single" w:sz="8" w:space="0" w:color="C0504D" w:themeColor="accent2"/>
        </w:tcBorders>
      </w:tcPr>
    </w:tblStylePr>
  </w:style>
  <w:style w:type="table" w:styleId="LightGrid-Accent3">
    <w:name w:val="Light Grid Accent 3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1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H w:val="nil"/>
          <w:insideV w:val="single" w:sz="8" w:space="0" w:color="9BBB59" w:themeColor="accent3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</w:tcPr>
    </w:tblStylePr>
    <w:tblStylePr w:type="band1Vert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  <w:shd w:val="clear" w:color="auto" w:fill="E6EED5" w:themeFill="accent3" w:themeFillTint="3F"/>
      </w:tcPr>
    </w:tblStylePr>
    <w:tblStylePr w:type="band2Horz">
      <w:tblPr/>
      <w:tcPr>
        <w:tcBorders>
          <w:top w:val="single" w:sz="8" w:space="0" w:color="9BBB59" w:themeColor="accent3"/>
          <w:left w:val="single" w:sz="8" w:space="0" w:color="9BBB59" w:themeColor="accent3"/>
          <w:bottom w:val="single" w:sz="8" w:space="0" w:color="9BBB59" w:themeColor="accent3"/>
          <w:right w:val="single" w:sz="8" w:space="0" w:color="9BBB59" w:themeColor="accent3"/>
          <w:insideV w:val="single" w:sz="8" w:space="0" w:color="9BBB59" w:themeColor="accent3"/>
        </w:tcBorders>
      </w:tcPr>
    </w:tblStylePr>
  </w:style>
  <w:style w:type="table" w:styleId="LightGrid-Accent4">
    <w:name w:val="Light Grid Accent 4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1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H w:val="nil"/>
          <w:insideV w:val="single" w:sz="8" w:space="0" w:color="8064A2" w:themeColor="accent4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</w:tcPr>
    </w:tblStylePr>
    <w:tblStylePr w:type="band1Vert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  <w:shd w:val="clear" w:color="auto" w:fill="DFD8E8" w:themeFill="accent4" w:themeFillTint="3F"/>
      </w:tcPr>
    </w:tblStylePr>
    <w:tblStylePr w:type="band2Horz">
      <w:tblPr/>
      <w:tcPr>
        <w:tcBorders>
          <w:top w:val="single" w:sz="8" w:space="0" w:color="8064A2" w:themeColor="accent4"/>
          <w:left w:val="single" w:sz="8" w:space="0" w:color="8064A2" w:themeColor="accent4"/>
          <w:bottom w:val="single" w:sz="8" w:space="0" w:color="8064A2" w:themeColor="accent4"/>
          <w:right w:val="single" w:sz="8" w:space="0" w:color="8064A2" w:themeColor="accent4"/>
          <w:insideV w:val="single" w:sz="8" w:space="0" w:color="8064A2" w:themeColor="accent4"/>
        </w:tcBorders>
      </w:tcPr>
    </w:tblStylePr>
  </w:style>
  <w:style w:type="table" w:styleId="LightGrid-Accent5">
    <w:name w:val="Light Grid Accent 5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1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H w:val="nil"/>
          <w:insideV w:val="single" w:sz="8" w:space="0" w:color="4BACC6" w:themeColor="accent5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</w:tcPr>
    </w:tblStylePr>
    <w:tblStylePr w:type="band1Vert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  <w:shd w:val="clear" w:color="auto" w:fill="D2EAF1" w:themeFill="accent5" w:themeFillTint="3F"/>
      </w:tcPr>
    </w:tblStylePr>
    <w:tblStylePr w:type="band2Horz">
      <w:tblPr/>
      <w:tcPr>
        <w:tcBorders>
          <w:top w:val="single" w:sz="8" w:space="0" w:color="4BACC6" w:themeColor="accent5"/>
          <w:left w:val="single" w:sz="8" w:space="0" w:color="4BACC6" w:themeColor="accent5"/>
          <w:bottom w:val="single" w:sz="8" w:space="0" w:color="4BACC6" w:themeColor="accent5"/>
          <w:right w:val="single" w:sz="8" w:space="0" w:color="4BACC6" w:themeColor="accent5"/>
          <w:insideV w:val="single" w:sz="8" w:space="0" w:color="4BACC6" w:themeColor="accent5"/>
        </w:tcBorders>
      </w:tcPr>
    </w:tblStylePr>
  </w:style>
  <w:style w:type="table" w:styleId="LightGrid-Accent6">
    <w:name w:val="Light Grid Accent 6"/>
    <w:basedOn w:val="TableNormal"/>
    <w:uiPriority w:val="62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blStylePr w:type="fir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1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lastRow">
      <w:pPr>
        <w:spacing w:before="0" w:after="0" w:line="240" w:lineRule="auto"/>
      </w:pPr>
      <w:rPr>
        <w:rFonts w:asciiTheme="majorHAnsi" w:eastAsiaTheme="majorEastAsia" w:hAnsiTheme="majorHAnsi" w:cstheme="majorBidi"/>
        <w:b/>
        <w:bCs/>
      </w:rPr>
      <w:tblPr/>
      <w:tcPr>
        <w:tcBorders>
          <w:top w:val="double" w:sz="6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H w:val="nil"/>
          <w:insideV w:val="single" w:sz="8" w:space="0" w:color="F79646" w:themeColor="accent6"/>
        </w:tcBorders>
      </w:tcPr>
    </w:tblStylePr>
    <w:tblStylePr w:type="firstCol">
      <w:rPr>
        <w:rFonts w:asciiTheme="majorHAnsi" w:eastAsiaTheme="majorEastAsia" w:hAnsiTheme="majorHAnsi" w:cstheme="majorBidi"/>
        <w:b/>
        <w:bCs/>
      </w:rPr>
    </w:tblStylePr>
    <w:tblStylePr w:type="lastCol">
      <w:rPr>
        <w:rFonts w:asciiTheme="majorHAnsi" w:eastAsiaTheme="majorEastAsia" w:hAnsiTheme="majorHAnsi" w:cstheme="majorBidi"/>
        <w:b/>
        <w:bCs/>
      </w:rPr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</w:tcPr>
    </w:tblStylePr>
    <w:tblStylePr w:type="band1Vert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  <w:shd w:val="clear" w:color="auto" w:fill="FDE4D0" w:themeFill="accent6" w:themeFillTint="3F"/>
      </w:tcPr>
    </w:tblStylePr>
    <w:tblStylePr w:type="band2Horz">
      <w:tblPr/>
      <w:tcPr>
        <w:tcBorders>
          <w:top w:val="single" w:sz="8" w:space="0" w:color="F79646" w:themeColor="accent6"/>
          <w:left w:val="single" w:sz="8" w:space="0" w:color="F79646" w:themeColor="accent6"/>
          <w:bottom w:val="single" w:sz="8" w:space="0" w:color="F79646" w:themeColor="accent6"/>
          <w:right w:val="single" w:sz="8" w:space="0" w:color="F79646" w:themeColor="accent6"/>
          <w:insideV w:val="single" w:sz="8" w:space="0" w:color="F79646" w:themeColor="accent6"/>
        </w:tcBorders>
      </w:tcPr>
    </w:tblStylePr>
  </w:style>
  <w:style w:type="table" w:styleId="MediumShading1">
    <w:name w:val="Medium Shading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404040" w:themeColor="text1" w:themeTint="BF"/>
          <w:left w:val="single" w:sz="8" w:space="0" w:color="404040" w:themeColor="text1" w:themeTint="BF"/>
          <w:bottom w:val="single" w:sz="8" w:space="0" w:color="404040" w:themeColor="text1" w:themeTint="BF"/>
          <w:right w:val="single" w:sz="8" w:space="0" w:color="404040" w:themeColor="tex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C0C0C0" w:themeFill="tex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1">
    <w:name w:val="Medium Shading 1 Accent 1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BA0CD" w:themeColor="accent1" w:themeTint="BF"/>
          <w:left w:val="single" w:sz="8" w:space="0" w:color="7BA0CD" w:themeColor="accent1" w:themeTint="BF"/>
          <w:bottom w:val="single" w:sz="8" w:space="0" w:color="7BA0CD" w:themeColor="accent1" w:themeTint="BF"/>
          <w:right w:val="single" w:sz="8" w:space="0" w:color="7BA0CD" w:themeColor="accent1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3DFEE" w:themeFill="accent1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2">
    <w:name w:val="Medium Shading 1 Accent 2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CF7B79" w:themeColor="accent2" w:themeTint="BF"/>
          <w:left w:val="single" w:sz="8" w:space="0" w:color="CF7B79" w:themeColor="accent2" w:themeTint="BF"/>
          <w:bottom w:val="single" w:sz="8" w:space="0" w:color="CF7B79" w:themeColor="accent2" w:themeTint="BF"/>
          <w:right w:val="single" w:sz="8" w:space="0" w:color="CF7B79" w:themeColor="accent2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FD3D2" w:themeFill="accent2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3">
    <w:name w:val="Medium Shading 1 Accent 3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B3CC82" w:themeColor="accent3" w:themeTint="BF"/>
          <w:left w:val="single" w:sz="8" w:space="0" w:color="B3CC82" w:themeColor="accent3" w:themeTint="BF"/>
          <w:bottom w:val="single" w:sz="8" w:space="0" w:color="B3CC82" w:themeColor="accent3" w:themeTint="BF"/>
          <w:right w:val="single" w:sz="8" w:space="0" w:color="B3CC82" w:themeColor="accent3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E6EED5" w:themeFill="accent3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4">
    <w:name w:val="Medium Shading 1 Accent 4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9F8AB9" w:themeColor="accent4" w:themeTint="BF"/>
          <w:left w:val="single" w:sz="8" w:space="0" w:color="9F8AB9" w:themeColor="accent4" w:themeTint="BF"/>
          <w:bottom w:val="single" w:sz="8" w:space="0" w:color="9F8AB9" w:themeColor="accent4" w:themeTint="BF"/>
          <w:right w:val="single" w:sz="8" w:space="0" w:color="9F8AB9" w:themeColor="accent4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FD8E8" w:themeFill="accent4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5">
    <w:name w:val="Medium Shading 1 Accent 5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78C0D4" w:themeColor="accent5" w:themeTint="BF"/>
          <w:left w:val="single" w:sz="8" w:space="0" w:color="78C0D4" w:themeColor="accent5" w:themeTint="BF"/>
          <w:bottom w:val="single" w:sz="8" w:space="0" w:color="78C0D4" w:themeColor="accent5" w:themeTint="BF"/>
          <w:right w:val="single" w:sz="8" w:space="0" w:color="78C0D4" w:themeColor="accent5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D2EAF1" w:themeFill="accent5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1-Accent6">
    <w:name w:val="Medium Shading 1 Accent 6"/>
    <w:basedOn w:val="TableNormal"/>
    <w:uiPriority w:val="63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8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double" w:sz="6" w:space="0" w:color="F9B074" w:themeColor="accent6" w:themeTint="BF"/>
          <w:left w:val="single" w:sz="8" w:space="0" w:color="F9B074" w:themeColor="accent6" w:themeTint="BF"/>
          <w:bottom w:val="single" w:sz="8" w:space="0" w:color="F9B074" w:themeColor="accent6" w:themeTint="BF"/>
          <w:right w:val="single" w:sz="8" w:space="0" w:color="F9B074" w:themeColor="accent6" w:themeTint="BF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tcBorders>
          <w:insideH w:val="nil"/>
          <w:insideV w:val="nil"/>
        </w:tcBorders>
        <w:shd w:val="clear" w:color="auto" w:fill="FDE4D0" w:themeFill="accent6" w:themeFillTint="3F"/>
      </w:tcPr>
    </w:tblStylePr>
    <w:tblStylePr w:type="band2Horz">
      <w:tblPr/>
      <w:tcPr>
        <w:tcBorders>
          <w:insideH w:val="nil"/>
          <w:insideV w:val="nil"/>
        </w:tcBorders>
      </w:tcPr>
    </w:tblStylePr>
  </w:style>
  <w:style w:type="table" w:styleId="MediumShading2">
    <w:name w:val="Medium Shading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1">
    <w:name w:val="Medium Shading 2 Accent 1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2">
    <w:name w:val="Medium Shading 2 Accent 2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3">
    <w:name w:val="Medium Shading 2 Accent 3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4">
    <w:name w:val="Medium Shading 2 Accent 4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5">
    <w:name w:val="Medium Shading 2 Accent 5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Shading2-Accent6">
    <w:name w:val="Medium Shading 2 Accent 6"/>
    <w:basedOn w:val="TableNormal"/>
    <w:uiPriority w:val="64"/>
    <w:rsid w:val="00CB0664"/>
    <w:pPr>
      <w:spacing w:after="0" w:line="240" w:lineRule="auto"/>
    </w:pPr>
    <w:tblPr>
      <w:tblStyleRowBandSize w:val="1"/>
      <w:tblStyleColBandSize w:val="1"/>
      <w:tblBorders>
        <w:top w:val="single" w:sz="18" w:space="0" w:color="auto"/>
        <w:bottom w:val="single" w:sz="18" w:space="0" w:color="auto"/>
      </w:tblBorders>
    </w:tblPr>
    <w:tblStylePr w:type="firstRow">
      <w:pPr>
        <w:spacing w:before="0" w:after="0" w:line="240" w:lineRule="auto"/>
      </w:pPr>
      <w:rPr>
        <w:b/>
        <w:bCs/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Row">
      <w:pPr>
        <w:spacing w:before="0" w:after="0" w:line="240" w:lineRule="auto"/>
      </w:pPr>
      <w:rPr>
        <w:color w:val="auto"/>
      </w:rPr>
      <w:tblPr/>
      <w:tcPr>
        <w:tcBorders>
          <w:top w:val="double" w:sz="6" w:space="0" w:color="auto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FFFFFF" w:themeColor="background1"/>
      </w:rPr>
      <w:tblPr/>
      <w:tcPr>
        <w:tcBorders>
          <w:top w:val="nil"/>
          <w:left w:val="nil"/>
          <w:bottom w:val="single" w:sz="18" w:space="0" w:color="auto"/>
          <w:right w:val="nil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color w:val="FFFFFF" w:themeColor="background1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8D8D8" w:themeFill="background1" w:themeFillShade="D8"/>
      </w:tcPr>
    </w:tblStylePr>
    <w:tblStylePr w:type="band1Horz">
      <w:tblPr/>
      <w:tcPr>
        <w:shd w:val="clear" w:color="auto" w:fill="D8D8D8" w:themeFill="background1" w:themeFillShade="D8"/>
      </w:tcPr>
    </w:tblStylePr>
    <w:tblStylePr w:type="neCell"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  <w:tblStylePr w:type="nwCell">
      <w:rPr>
        <w:color w:val="FFFFFF" w:themeColor="background1"/>
      </w:rPr>
      <w:tblPr/>
      <w:tcPr>
        <w:tcBorders>
          <w:top w:val="single" w:sz="18" w:space="0" w:color="auto"/>
          <w:left w:val="nil"/>
          <w:bottom w:val="single" w:sz="18" w:space="0" w:color="auto"/>
          <w:right w:val="nil"/>
          <w:insideH w:val="nil"/>
          <w:insideV w:val="nil"/>
        </w:tcBorders>
      </w:tcPr>
    </w:tblStylePr>
  </w:style>
  <w:style w:type="table" w:styleId="MediumList1">
    <w:name w:val="Medium Lis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bottom w:val="single" w:sz="8" w:space="0" w:color="000000" w:themeColor="tex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000000" w:themeColor="tex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000000" w:themeColor="text1"/>
          <w:bottom w:val="single" w:sz="8" w:space="0" w:color="000000" w:themeColor="text1"/>
        </w:tcBorders>
      </w:tcPr>
    </w:tblStylePr>
    <w:tblStylePr w:type="band1Vert">
      <w:tblPr/>
      <w:tcPr>
        <w:shd w:val="clear" w:color="auto" w:fill="C0C0C0" w:themeFill="text1" w:themeFillTint="3F"/>
      </w:tcPr>
    </w:tblStylePr>
    <w:tblStylePr w:type="band1Horz">
      <w:tblPr/>
      <w:tcPr>
        <w:shd w:val="clear" w:color="auto" w:fill="C0C0C0" w:themeFill="text1" w:themeFillTint="3F"/>
      </w:tcPr>
    </w:tblStylePr>
  </w:style>
  <w:style w:type="table" w:styleId="MediumList1-Accent1">
    <w:name w:val="Medium List 1 Accent 1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bottom w:val="single" w:sz="8" w:space="0" w:color="4F81BD" w:themeColor="accent1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F81BD" w:themeColor="accent1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F81BD" w:themeColor="accent1"/>
          <w:bottom w:val="single" w:sz="8" w:space="0" w:color="4F81BD" w:themeColor="accent1"/>
        </w:tcBorders>
      </w:tcPr>
    </w:tblStylePr>
    <w:tblStylePr w:type="band1Vert">
      <w:tblPr/>
      <w:tcPr>
        <w:shd w:val="clear" w:color="auto" w:fill="D3DFEE" w:themeFill="accent1" w:themeFillTint="3F"/>
      </w:tcPr>
    </w:tblStylePr>
    <w:tblStylePr w:type="band1Horz">
      <w:tblPr/>
      <w:tcPr>
        <w:shd w:val="clear" w:color="auto" w:fill="D3DFEE" w:themeFill="accent1" w:themeFillTint="3F"/>
      </w:tcPr>
    </w:tblStylePr>
  </w:style>
  <w:style w:type="table" w:styleId="MediumList1-Accent2">
    <w:name w:val="Medium List 1 Accent 2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bottom w:val="single" w:sz="8" w:space="0" w:color="C0504D" w:themeColor="accent2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C0504D" w:themeColor="accent2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C0504D" w:themeColor="accent2"/>
          <w:bottom w:val="single" w:sz="8" w:space="0" w:color="C0504D" w:themeColor="accent2"/>
        </w:tcBorders>
      </w:tcPr>
    </w:tblStylePr>
    <w:tblStylePr w:type="band1Vert">
      <w:tblPr/>
      <w:tcPr>
        <w:shd w:val="clear" w:color="auto" w:fill="EFD3D2" w:themeFill="accent2" w:themeFillTint="3F"/>
      </w:tcPr>
    </w:tblStylePr>
    <w:tblStylePr w:type="band1Horz">
      <w:tblPr/>
      <w:tcPr>
        <w:shd w:val="clear" w:color="auto" w:fill="EFD3D2" w:themeFill="accent2" w:themeFillTint="3F"/>
      </w:tcPr>
    </w:tblStylePr>
  </w:style>
  <w:style w:type="table" w:styleId="MediumList1-Accent3">
    <w:name w:val="Medium List 1 Accent 3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bottom w:val="single" w:sz="8" w:space="0" w:color="9BBB59" w:themeColor="accent3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9BBB59" w:themeColor="accent3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9BBB59" w:themeColor="accent3"/>
          <w:bottom w:val="single" w:sz="8" w:space="0" w:color="9BBB59" w:themeColor="accent3"/>
        </w:tcBorders>
      </w:tcPr>
    </w:tblStylePr>
    <w:tblStylePr w:type="band1Vert">
      <w:tblPr/>
      <w:tcPr>
        <w:shd w:val="clear" w:color="auto" w:fill="E6EED5" w:themeFill="accent3" w:themeFillTint="3F"/>
      </w:tcPr>
    </w:tblStylePr>
    <w:tblStylePr w:type="band1Horz">
      <w:tblPr/>
      <w:tcPr>
        <w:shd w:val="clear" w:color="auto" w:fill="E6EED5" w:themeFill="accent3" w:themeFillTint="3F"/>
      </w:tcPr>
    </w:tblStylePr>
  </w:style>
  <w:style w:type="table" w:styleId="MediumList1-Accent4">
    <w:name w:val="Medium List 1 Accent 4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8064A2" w:themeColor="accent4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8064A2" w:themeColor="accent4"/>
          <w:bottom w:val="single" w:sz="8" w:space="0" w:color="8064A2" w:themeColor="accent4"/>
        </w:tcBorders>
      </w:tcPr>
    </w:tblStylePr>
    <w:tblStylePr w:type="band1Vert">
      <w:tblPr/>
      <w:tcPr>
        <w:shd w:val="clear" w:color="auto" w:fill="DFD8E8" w:themeFill="accent4" w:themeFillTint="3F"/>
      </w:tcPr>
    </w:tblStylePr>
    <w:tblStylePr w:type="band1Horz">
      <w:tblPr/>
      <w:tcPr>
        <w:shd w:val="clear" w:color="auto" w:fill="DFD8E8" w:themeFill="accent4" w:themeFillTint="3F"/>
      </w:tcPr>
    </w:tblStylePr>
  </w:style>
  <w:style w:type="table" w:styleId="MediumList1-Accent5">
    <w:name w:val="Medium List 1 Accent 5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bottom w:val="single" w:sz="8" w:space="0" w:color="4BACC6" w:themeColor="accent5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4BACC6" w:themeColor="accent5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4BACC6" w:themeColor="accent5"/>
          <w:bottom w:val="single" w:sz="8" w:space="0" w:color="4BACC6" w:themeColor="accent5"/>
        </w:tcBorders>
      </w:tcPr>
    </w:tblStylePr>
    <w:tblStylePr w:type="band1Vert">
      <w:tblPr/>
      <w:tcPr>
        <w:shd w:val="clear" w:color="auto" w:fill="D2EAF1" w:themeFill="accent5" w:themeFillTint="3F"/>
      </w:tcPr>
    </w:tblStylePr>
    <w:tblStylePr w:type="band1Horz">
      <w:tblPr/>
      <w:tcPr>
        <w:shd w:val="clear" w:color="auto" w:fill="D2EAF1" w:themeFill="accent5" w:themeFillTint="3F"/>
      </w:tcPr>
    </w:tblStylePr>
  </w:style>
  <w:style w:type="table" w:styleId="MediumList1-Accent6">
    <w:name w:val="Medium List 1 Accent 6"/>
    <w:basedOn w:val="TableNormal"/>
    <w:uiPriority w:val="65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bottom w:val="single" w:sz="8" w:space="0" w:color="F79646" w:themeColor="accent6"/>
      </w:tblBorders>
    </w:tblPr>
    <w:tblStylePr w:type="firstRow">
      <w:rPr>
        <w:rFonts w:asciiTheme="majorHAnsi" w:eastAsiaTheme="majorEastAsia" w:hAnsiTheme="majorHAnsi" w:cstheme="majorBidi"/>
      </w:rPr>
      <w:tblPr/>
      <w:tcPr>
        <w:tcBorders>
          <w:top w:val="nil"/>
          <w:bottom w:val="single" w:sz="8" w:space="0" w:color="F79646" w:themeColor="accent6"/>
        </w:tcBorders>
      </w:tcPr>
    </w:tblStylePr>
    <w:tblStylePr w:type="lastRow">
      <w:rPr>
        <w:b/>
        <w:bCs/>
        <w:color w:val="1F497D" w:themeColor="text2"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  <w:tblPr/>
      <w:tcPr>
        <w:tcBorders>
          <w:top w:val="single" w:sz="8" w:space="0" w:color="F79646" w:themeColor="accent6"/>
          <w:bottom w:val="single" w:sz="8" w:space="0" w:color="F79646" w:themeColor="accent6"/>
        </w:tcBorders>
      </w:tcPr>
    </w:tblStylePr>
    <w:tblStylePr w:type="band1Vert">
      <w:tblPr/>
      <w:tcPr>
        <w:shd w:val="clear" w:color="auto" w:fill="FDE4D0" w:themeFill="accent6" w:themeFillTint="3F"/>
      </w:tcPr>
    </w:tblStylePr>
    <w:tblStylePr w:type="band1Horz">
      <w:tblPr/>
      <w:tcPr>
        <w:shd w:val="clear" w:color="auto" w:fill="FDE4D0" w:themeFill="accent6" w:themeFillTint="3F"/>
      </w:tcPr>
    </w:tblStylePr>
  </w:style>
  <w:style w:type="table" w:styleId="MediumList2">
    <w:name w:val="Medium Lis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000000" w:themeColor="tex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000000" w:themeColor="tex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000000" w:themeColor="tex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C0C0C0" w:themeFill="tex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1">
    <w:name w:val="Medium List 2 Accent 1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F81BD" w:themeColor="accent1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F81BD" w:themeColor="accen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F81BD" w:themeColor="accent1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F81BD" w:themeColor="accent1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3DFEE" w:themeFill="accent1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2">
    <w:name w:val="Medium List 2 Accent 2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C0504D" w:themeColor="accent2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C0504D" w:themeColor="accent2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C0504D" w:themeColor="accent2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FD3D2" w:themeFill="accent2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3">
    <w:name w:val="Medium List 2 Accent 3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9BBB59" w:themeColor="accent3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9BBB59" w:themeColor="accent3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9BBB59" w:themeColor="accent3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E6EED5" w:themeFill="accent3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4">
    <w:name w:val="Medium List 2 Accent 4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8064A2" w:themeColor="accent4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8064A2" w:themeColor="accent4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8064A2" w:themeColor="accent4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FD8E8" w:themeFill="accent4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5">
    <w:name w:val="Medium List 2 Accent 5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4BACC6" w:themeColor="accent5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4BACC6" w:themeColor="accent5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4BACC6" w:themeColor="accent5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D2EAF1" w:themeFill="accent5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List2-Accent6">
    <w:name w:val="Medium List 2 Accent 6"/>
    <w:basedOn w:val="TableNormal"/>
    <w:uiPriority w:val="66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</w:tblBorders>
    </w:tblPr>
    <w:tblStylePr w:type="firstRow">
      <w:rPr>
        <w:sz w:val="24"/>
        <w:szCs w:val="24"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tblPr/>
      <w:tcPr>
        <w:tcBorders>
          <w:top w:val="single" w:sz="8" w:space="0" w:color="F79646" w:themeColor="accent6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tblPr/>
      <w:tcPr>
        <w:tcBorders>
          <w:top w:val="nil"/>
          <w:left w:val="nil"/>
          <w:bottom w:val="nil"/>
          <w:right w:val="single" w:sz="8" w:space="0" w:color="F79646" w:themeColor="accent6"/>
          <w:insideH w:val="nil"/>
          <w:insideV w:val="nil"/>
        </w:tcBorders>
        <w:shd w:val="clear" w:color="auto" w:fill="FFFFFF" w:themeFill="background1"/>
      </w:tcPr>
    </w:tblStylePr>
    <w:tblStylePr w:type="lastCol">
      <w:tblPr/>
      <w:tcPr>
        <w:tcBorders>
          <w:top w:val="nil"/>
          <w:left w:val="single" w:sz="8" w:space="0" w:color="F79646" w:themeColor="accent6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tcBorders>
          <w:top w:val="nil"/>
          <w:bottom w:val="nil"/>
          <w:insideH w:val="nil"/>
          <w:insideV w:val="nil"/>
        </w:tcBorders>
        <w:shd w:val="clear" w:color="auto" w:fill="FDE4D0" w:themeFill="accent6" w:themeFillTint="3F"/>
      </w:tcPr>
    </w:tblStylePr>
    <w:tblStylePr w:type="nwCell">
      <w:tblPr/>
      <w:tcPr>
        <w:shd w:val="clear" w:color="auto" w:fill="FFFFFF" w:themeFill="background1"/>
      </w:tcPr>
    </w:tblStylePr>
    <w:tblStylePr w:type="swCell">
      <w:tblPr/>
      <w:tcPr>
        <w:tcBorders>
          <w:top w:val="nil"/>
        </w:tcBorders>
      </w:tcPr>
    </w:tblStylePr>
  </w:style>
  <w:style w:type="table" w:styleId="MediumGrid1">
    <w:name w:val="Medium Grid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404040" w:themeColor="text1" w:themeTint="BF"/>
        <w:left w:val="single" w:sz="8" w:space="0" w:color="404040" w:themeColor="text1" w:themeTint="BF"/>
        <w:bottom w:val="single" w:sz="8" w:space="0" w:color="404040" w:themeColor="text1" w:themeTint="BF"/>
        <w:right w:val="single" w:sz="8" w:space="0" w:color="404040" w:themeColor="text1" w:themeTint="BF"/>
        <w:insideH w:val="single" w:sz="8" w:space="0" w:color="404040" w:themeColor="text1" w:themeTint="BF"/>
        <w:insideV w:val="single" w:sz="8" w:space="0" w:color="404040" w:themeColor="text1" w:themeTint="BF"/>
      </w:tblBorders>
    </w:tblPr>
    <w:tcPr>
      <w:shd w:val="clear" w:color="auto" w:fill="C0C0C0" w:themeFill="tex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404040" w:themeColor="tex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MediumGrid1-Accent1">
    <w:name w:val="Medium Grid 1 Accent 1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BA0CD" w:themeColor="accent1" w:themeTint="BF"/>
        <w:left w:val="single" w:sz="8" w:space="0" w:color="7BA0CD" w:themeColor="accent1" w:themeTint="BF"/>
        <w:bottom w:val="single" w:sz="8" w:space="0" w:color="7BA0CD" w:themeColor="accent1" w:themeTint="BF"/>
        <w:right w:val="single" w:sz="8" w:space="0" w:color="7BA0CD" w:themeColor="accent1" w:themeTint="BF"/>
        <w:insideH w:val="single" w:sz="8" w:space="0" w:color="7BA0CD" w:themeColor="accent1" w:themeTint="BF"/>
        <w:insideV w:val="single" w:sz="8" w:space="0" w:color="7BA0CD" w:themeColor="accent1" w:themeTint="BF"/>
      </w:tblBorders>
    </w:tblPr>
    <w:tcPr>
      <w:shd w:val="clear" w:color="auto" w:fill="D3DFEE" w:themeFill="accent1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BA0CD" w:themeColor="accent1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MediumGrid1-Accent2">
    <w:name w:val="Medium Grid 1 Accent 2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CF7B79" w:themeColor="accent2" w:themeTint="BF"/>
        <w:left w:val="single" w:sz="8" w:space="0" w:color="CF7B79" w:themeColor="accent2" w:themeTint="BF"/>
        <w:bottom w:val="single" w:sz="8" w:space="0" w:color="CF7B79" w:themeColor="accent2" w:themeTint="BF"/>
        <w:right w:val="single" w:sz="8" w:space="0" w:color="CF7B79" w:themeColor="accent2" w:themeTint="BF"/>
        <w:insideH w:val="single" w:sz="8" w:space="0" w:color="CF7B79" w:themeColor="accent2" w:themeTint="BF"/>
        <w:insideV w:val="single" w:sz="8" w:space="0" w:color="CF7B79" w:themeColor="accent2" w:themeTint="BF"/>
      </w:tblBorders>
    </w:tblPr>
    <w:tcPr>
      <w:shd w:val="clear" w:color="auto" w:fill="EFD3D2" w:themeFill="accent2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CF7B79" w:themeColor="accent2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MediumGrid1-Accent3">
    <w:name w:val="Medium Grid 1 Accent 3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B3CC82" w:themeColor="accent3" w:themeTint="BF"/>
        <w:left w:val="single" w:sz="8" w:space="0" w:color="B3CC82" w:themeColor="accent3" w:themeTint="BF"/>
        <w:bottom w:val="single" w:sz="8" w:space="0" w:color="B3CC82" w:themeColor="accent3" w:themeTint="BF"/>
        <w:right w:val="single" w:sz="8" w:space="0" w:color="B3CC82" w:themeColor="accent3" w:themeTint="BF"/>
        <w:insideH w:val="single" w:sz="8" w:space="0" w:color="B3CC82" w:themeColor="accent3" w:themeTint="BF"/>
        <w:insideV w:val="single" w:sz="8" w:space="0" w:color="B3CC82" w:themeColor="accent3" w:themeTint="BF"/>
      </w:tblBorders>
    </w:tblPr>
    <w:tcPr>
      <w:shd w:val="clear" w:color="auto" w:fill="E6EED5" w:themeFill="accent3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B3CC82" w:themeColor="accent3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MediumGrid1-Accent4">
    <w:name w:val="Medium Grid 1 Accent 4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9F8AB9" w:themeColor="accent4" w:themeTint="BF"/>
        <w:left w:val="single" w:sz="8" w:space="0" w:color="9F8AB9" w:themeColor="accent4" w:themeTint="BF"/>
        <w:bottom w:val="single" w:sz="8" w:space="0" w:color="9F8AB9" w:themeColor="accent4" w:themeTint="BF"/>
        <w:right w:val="single" w:sz="8" w:space="0" w:color="9F8AB9" w:themeColor="accent4" w:themeTint="BF"/>
        <w:insideH w:val="single" w:sz="8" w:space="0" w:color="9F8AB9" w:themeColor="accent4" w:themeTint="BF"/>
        <w:insideV w:val="single" w:sz="8" w:space="0" w:color="9F8AB9" w:themeColor="accent4" w:themeTint="BF"/>
      </w:tblBorders>
    </w:tblPr>
    <w:tcPr>
      <w:shd w:val="clear" w:color="auto" w:fill="DFD8E8" w:themeFill="accent4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9F8AB9" w:themeColor="accent4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MediumGrid1-Accent5">
    <w:name w:val="Medium Grid 1 Accent 5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78C0D4" w:themeColor="accent5" w:themeTint="BF"/>
        <w:left w:val="single" w:sz="8" w:space="0" w:color="78C0D4" w:themeColor="accent5" w:themeTint="BF"/>
        <w:bottom w:val="single" w:sz="8" w:space="0" w:color="78C0D4" w:themeColor="accent5" w:themeTint="BF"/>
        <w:right w:val="single" w:sz="8" w:space="0" w:color="78C0D4" w:themeColor="accent5" w:themeTint="BF"/>
        <w:insideH w:val="single" w:sz="8" w:space="0" w:color="78C0D4" w:themeColor="accent5" w:themeTint="BF"/>
        <w:insideV w:val="single" w:sz="8" w:space="0" w:color="78C0D4" w:themeColor="accent5" w:themeTint="BF"/>
      </w:tblBorders>
    </w:tblPr>
    <w:tcPr>
      <w:shd w:val="clear" w:color="auto" w:fill="D2EAF1" w:themeFill="accent5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78C0D4" w:themeColor="accent5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MediumGrid1-Accent6">
    <w:name w:val="Medium Grid 1 Accent 6"/>
    <w:basedOn w:val="TableNormal"/>
    <w:uiPriority w:val="67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9B074" w:themeColor="accent6" w:themeTint="BF"/>
        <w:left w:val="single" w:sz="8" w:space="0" w:color="F9B074" w:themeColor="accent6" w:themeTint="BF"/>
        <w:bottom w:val="single" w:sz="8" w:space="0" w:color="F9B074" w:themeColor="accent6" w:themeTint="BF"/>
        <w:right w:val="single" w:sz="8" w:space="0" w:color="F9B074" w:themeColor="accent6" w:themeTint="BF"/>
        <w:insideH w:val="single" w:sz="8" w:space="0" w:color="F9B074" w:themeColor="accent6" w:themeTint="BF"/>
        <w:insideV w:val="single" w:sz="8" w:space="0" w:color="F9B074" w:themeColor="accent6" w:themeTint="BF"/>
      </w:tblBorders>
    </w:tblPr>
    <w:tcPr>
      <w:shd w:val="clear" w:color="auto" w:fill="FDE4D0" w:themeFill="accent6" w:themeFillTint="3F"/>
    </w:tcPr>
    <w:tblStylePr w:type="firstRow">
      <w:rPr>
        <w:b/>
        <w:bCs/>
      </w:rPr>
    </w:tblStylePr>
    <w:tblStylePr w:type="lastRow">
      <w:rPr>
        <w:b/>
        <w:bCs/>
      </w:rPr>
      <w:tblPr/>
      <w:tcPr>
        <w:tcBorders>
          <w:top w:val="single" w:sz="18" w:space="0" w:color="F9B074" w:themeColor="accent6" w:themeTint="BF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  <w:style w:type="table" w:styleId="MediumGrid2">
    <w:name w:val="Medium Grid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000000" w:themeColor="text1"/>
        <w:left w:val="single" w:sz="8" w:space="0" w:color="000000" w:themeColor="text1"/>
        <w:bottom w:val="single" w:sz="8" w:space="0" w:color="000000" w:themeColor="text1"/>
        <w:right w:val="single" w:sz="8" w:space="0" w:color="000000" w:themeColor="text1"/>
        <w:insideH w:val="single" w:sz="8" w:space="0" w:color="000000" w:themeColor="text1"/>
        <w:insideV w:val="single" w:sz="8" w:space="0" w:color="000000" w:themeColor="text1"/>
      </w:tblBorders>
    </w:tblPr>
    <w:tcPr>
      <w:shd w:val="clear" w:color="auto" w:fill="C0C0C0" w:themeFill="text1" w:themeFillTint="3F"/>
    </w:tcPr>
    <w:tblStylePr w:type="firstRow">
      <w:rPr>
        <w:b/>
        <w:bCs/>
        <w:color w:val="000000" w:themeColor="text1"/>
      </w:rPr>
      <w:tblPr/>
      <w:tcPr>
        <w:shd w:val="clear" w:color="auto" w:fill="E6E6E6" w:themeFill="tex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CCCCC" w:themeFill="text1" w:themeFillTint="33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tcBorders>
          <w:insideH w:val="single" w:sz="6" w:space="0" w:color="000000" w:themeColor="text1"/>
          <w:insideV w:val="single" w:sz="6" w:space="0" w:color="000000" w:themeColor="text1"/>
        </w:tcBorders>
        <w:shd w:val="clear" w:color="auto" w:fill="808080" w:themeFill="tex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1">
    <w:name w:val="Medium Grid 2 Accent 1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F81BD" w:themeColor="accent1"/>
        <w:left w:val="single" w:sz="8" w:space="0" w:color="4F81BD" w:themeColor="accent1"/>
        <w:bottom w:val="single" w:sz="8" w:space="0" w:color="4F81BD" w:themeColor="accent1"/>
        <w:right w:val="single" w:sz="8" w:space="0" w:color="4F81BD" w:themeColor="accent1"/>
        <w:insideH w:val="single" w:sz="8" w:space="0" w:color="4F81BD" w:themeColor="accent1"/>
        <w:insideV w:val="single" w:sz="8" w:space="0" w:color="4F81BD" w:themeColor="accent1"/>
      </w:tblBorders>
    </w:tblPr>
    <w:tcPr>
      <w:shd w:val="clear" w:color="auto" w:fill="D3DFEE" w:themeFill="accent1" w:themeFillTint="3F"/>
    </w:tcPr>
    <w:tblStylePr w:type="firstRow">
      <w:rPr>
        <w:b/>
        <w:bCs/>
        <w:color w:val="000000" w:themeColor="text1"/>
      </w:rPr>
      <w:tblPr/>
      <w:tcPr>
        <w:shd w:val="clear" w:color="auto" w:fill="EDF2F8" w:themeFill="accent1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BE5F1" w:themeFill="accent1" w:themeFillTint="33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tcBorders>
          <w:insideH w:val="single" w:sz="6" w:space="0" w:color="4F81BD" w:themeColor="accent1"/>
          <w:insideV w:val="single" w:sz="6" w:space="0" w:color="4F81BD" w:themeColor="accent1"/>
        </w:tcBorders>
        <w:shd w:val="clear" w:color="auto" w:fill="A7BFDE" w:themeFill="accent1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2">
    <w:name w:val="Medium Grid 2 Accent 2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C0504D" w:themeColor="accent2"/>
        <w:left w:val="single" w:sz="8" w:space="0" w:color="C0504D" w:themeColor="accent2"/>
        <w:bottom w:val="single" w:sz="8" w:space="0" w:color="C0504D" w:themeColor="accent2"/>
        <w:right w:val="single" w:sz="8" w:space="0" w:color="C0504D" w:themeColor="accent2"/>
        <w:insideH w:val="single" w:sz="8" w:space="0" w:color="C0504D" w:themeColor="accent2"/>
        <w:insideV w:val="single" w:sz="8" w:space="0" w:color="C0504D" w:themeColor="accent2"/>
      </w:tblBorders>
    </w:tblPr>
    <w:tcPr>
      <w:shd w:val="clear" w:color="auto" w:fill="EFD3D2" w:themeFill="accent2" w:themeFillTint="3F"/>
    </w:tcPr>
    <w:tblStylePr w:type="firstRow">
      <w:rPr>
        <w:b/>
        <w:bCs/>
        <w:color w:val="000000" w:themeColor="text1"/>
      </w:rPr>
      <w:tblPr/>
      <w:tcPr>
        <w:shd w:val="clear" w:color="auto" w:fill="F8EDED" w:themeFill="accent2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2DBDB" w:themeFill="accent2" w:themeFillTint="33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tcBorders>
          <w:insideH w:val="single" w:sz="6" w:space="0" w:color="C0504D" w:themeColor="accent2"/>
          <w:insideV w:val="single" w:sz="6" w:space="0" w:color="C0504D" w:themeColor="accent2"/>
        </w:tcBorders>
        <w:shd w:val="clear" w:color="auto" w:fill="DFA7A6" w:themeFill="accent2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3">
    <w:name w:val="Medium Grid 2 Accent 3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9BBB59" w:themeColor="accent3"/>
        <w:left w:val="single" w:sz="8" w:space="0" w:color="9BBB59" w:themeColor="accent3"/>
        <w:bottom w:val="single" w:sz="8" w:space="0" w:color="9BBB59" w:themeColor="accent3"/>
        <w:right w:val="single" w:sz="8" w:space="0" w:color="9BBB59" w:themeColor="accent3"/>
        <w:insideH w:val="single" w:sz="8" w:space="0" w:color="9BBB59" w:themeColor="accent3"/>
        <w:insideV w:val="single" w:sz="8" w:space="0" w:color="9BBB59" w:themeColor="accent3"/>
      </w:tblBorders>
    </w:tblPr>
    <w:tcPr>
      <w:shd w:val="clear" w:color="auto" w:fill="E6EED5" w:themeFill="accent3" w:themeFillTint="3F"/>
    </w:tcPr>
    <w:tblStylePr w:type="firstRow">
      <w:rPr>
        <w:b/>
        <w:bCs/>
        <w:color w:val="000000" w:themeColor="text1"/>
      </w:rPr>
      <w:tblPr/>
      <w:tcPr>
        <w:shd w:val="clear" w:color="auto" w:fill="F5F8EE" w:themeFill="accent3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AF1DD" w:themeFill="accent3" w:themeFillTint="33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tcBorders>
          <w:insideH w:val="single" w:sz="6" w:space="0" w:color="9BBB59" w:themeColor="accent3"/>
          <w:insideV w:val="single" w:sz="6" w:space="0" w:color="9BBB59" w:themeColor="accent3"/>
        </w:tcBorders>
        <w:shd w:val="clear" w:color="auto" w:fill="CDDDAC" w:themeFill="accent3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4">
    <w:name w:val="Medium Grid 2 Accent 4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8064A2" w:themeColor="accent4"/>
        <w:left w:val="single" w:sz="8" w:space="0" w:color="8064A2" w:themeColor="accent4"/>
        <w:bottom w:val="single" w:sz="8" w:space="0" w:color="8064A2" w:themeColor="accent4"/>
        <w:right w:val="single" w:sz="8" w:space="0" w:color="8064A2" w:themeColor="accent4"/>
        <w:insideH w:val="single" w:sz="8" w:space="0" w:color="8064A2" w:themeColor="accent4"/>
        <w:insideV w:val="single" w:sz="8" w:space="0" w:color="8064A2" w:themeColor="accent4"/>
      </w:tblBorders>
    </w:tblPr>
    <w:tcPr>
      <w:shd w:val="clear" w:color="auto" w:fill="DFD8E8" w:themeFill="accent4" w:themeFillTint="3F"/>
    </w:tcPr>
    <w:tblStylePr w:type="firstRow">
      <w:rPr>
        <w:b/>
        <w:bCs/>
        <w:color w:val="000000" w:themeColor="text1"/>
      </w:rPr>
      <w:tblPr/>
      <w:tcPr>
        <w:shd w:val="clear" w:color="auto" w:fill="F2EFF6" w:themeFill="accent4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5DFEC" w:themeFill="accent4" w:themeFillTint="33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tcBorders>
          <w:insideH w:val="single" w:sz="6" w:space="0" w:color="8064A2" w:themeColor="accent4"/>
          <w:insideV w:val="single" w:sz="6" w:space="0" w:color="8064A2" w:themeColor="accent4"/>
        </w:tcBorders>
        <w:shd w:val="clear" w:color="auto" w:fill="BFB1D0" w:themeFill="accent4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5">
    <w:name w:val="Medium Grid 2 Accent 5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4BACC6" w:themeColor="accent5"/>
        <w:left w:val="single" w:sz="8" w:space="0" w:color="4BACC6" w:themeColor="accent5"/>
        <w:bottom w:val="single" w:sz="8" w:space="0" w:color="4BACC6" w:themeColor="accent5"/>
        <w:right w:val="single" w:sz="8" w:space="0" w:color="4BACC6" w:themeColor="accent5"/>
        <w:insideH w:val="single" w:sz="8" w:space="0" w:color="4BACC6" w:themeColor="accent5"/>
        <w:insideV w:val="single" w:sz="8" w:space="0" w:color="4BACC6" w:themeColor="accent5"/>
      </w:tblBorders>
    </w:tblPr>
    <w:tcPr>
      <w:shd w:val="clear" w:color="auto" w:fill="D2EAF1" w:themeFill="accent5" w:themeFillTint="3F"/>
    </w:tcPr>
    <w:tblStylePr w:type="firstRow">
      <w:rPr>
        <w:b/>
        <w:bCs/>
        <w:color w:val="000000" w:themeColor="text1"/>
      </w:rPr>
      <w:tblPr/>
      <w:tcPr>
        <w:shd w:val="clear" w:color="auto" w:fill="EDF6F9" w:themeFill="accent5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AEEF3" w:themeFill="accent5" w:themeFillTint="33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tcBorders>
          <w:insideH w:val="single" w:sz="6" w:space="0" w:color="4BACC6" w:themeColor="accent5"/>
          <w:insideV w:val="single" w:sz="6" w:space="0" w:color="4BACC6" w:themeColor="accent5"/>
        </w:tcBorders>
        <w:shd w:val="clear" w:color="auto" w:fill="A5D5E2" w:themeFill="accent5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2-Accent6">
    <w:name w:val="Medium Grid 2 Accent 6"/>
    <w:basedOn w:val="TableNormal"/>
    <w:uiPriority w:val="68"/>
    <w:rsid w:val="00CB0664"/>
    <w:pPr>
      <w:spacing w:after="0" w:line="240" w:lineRule="auto"/>
    </w:pPr>
    <w:rPr>
      <w:rFonts w:asciiTheme="majorHAnsi" w:eastAsiaTheme="majorEastAsia" w:hAnsiTheme="majorHAnsi" w:cstheme="majorBidi"/>
      <w:color w:val="000000" w:themeColor="text1"/>
    </w:rPr>
    <w:tblPr>
      <w:tblStyleRowBandSize w:val="1"/>
      <w:tblStyleColBandSize w:val="1"/>
      <w:tblBorders>
        <w:top w:val="single" w:sz="8" w:space="0" w:color="F79646" w:themeColor="accent6"/>
        <w:left w:val="single" w:sz="8" w:space="0" w:color="F79646" w:themeColor="accent6"/>
        <w:bottom w:val="single" w:sz="8" w:space="0" w:color="F79646" w:themeColor="accent6"/>
        <w:right w:val="single" w:sz="8" w:space="0" w:color="F79646" w:themeColor="accent6"/>
        <w:insideH w:val="single" w:sz="8" w:space="0" w:color="F79646" w:themeColor="accent6"/>
        <w:insideV w:val="single" w:sz="8" w:space="0" w:color="F79646" w:themeColor="accent6"/>
      </w:tblBorders>
    </w:tblPr>
    <w:tcPr>
      <w:shd w:val="clear" w:color="auto" w:fill="FDE4D0" w:themeFill="accent6" w:themeFillTint="3F"/>
    </w:tcPr>
    <w:tblStylePr w:type="firstRow">
      <w:rPr>
        <w:b/>
        <w:bCs/>
        <w:color w:val="000000" w:themeColor="text1"/>
      </w:rPr>
      <w:tblPr/>
      <w:tcPr>
        <w:shd w:val="clear" w:color="auto" w:fill="FEF4EC" w:themeFill="accent6" w:themeFillTint="19"/>
      </w:tcPr>
    </w:tblStylePr>
    <w:tblStylePr w:type="lastRow">
      <w:rPr>
        <w:b/>
        <w:bCs/>
        <w:color w:val="000000" w:themeColor="text1"/>
      </w:rPr>
      <w:tblPr/>
      <w:tcPr>
        <w:tcBorders>
          <w:top w:val="single" w:sz="12" w:space="0" w:color="000000" w:themeColor="text1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firstCol">
      <w:rPr>
        <w:b/>
        <w:bCs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Col">
      <w:rPr>
        <w:b w:val="0"/>
        <w:bCs w:val="0"/>
        <w:color w:val="000000" w:themeColor="text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9D9" w:themeFill="accent6" w:themeFillTint="33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tcBorders>
          <w:insideH w:val="single" w:sz="6" w:space="0" w:color="F79646" w:themeColor="accent6"/>
          <w:insideV w:val="single" w:sz="6" w:space="0" w:color="F79646" w:themeColor="accent6"/>
        </w:tcBorders>
        <w:shd w:val="clear" w:color="auto" w:fill="FBCAA2" w:themeFill="accent6" w:themeFillTint="7F"/>
      </w:tcPr>
    </w:tblStylePr>
    <w:tblStylePr w:type="nwCell">
      <w:tblPr/>
      <w:tcPr>
        <w:shd w:val="clear" w:color="auto" w:fill="FFFFFF" w:themeFill="background1"/>
      </w:tcPr>
    </w:tblStylePr>
  </w:style>
  <w:style w:type="table" w:styleId="MediumGrid3">
    <w:name w:val="Medium Grid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C0C0C0" w:themeFill="tex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000000" w:themeFill="tex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000000" w:themeFill="tex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808080" w:themeFill="tex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808080" w:themeFill="text1" w:themeFillTint="7F"/>
      </w:tcPr>
    </w:tblStylePr>
  </w:style>
  <w:style w:type="table" w:styleId="MediumGrid3-Accent1">
    <w:name w:val="Medium Grid 3 Accent 1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3DFEE" w:themeFill="accent1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F81BD" w:themeFill="accent1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F81BD" w:themeFill="accent1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F81BD" w:themeFill="accent1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7BFDE" w:themeFill="accent1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7BFDE" w:themeFill="accent1" w:themeFillTint="7F"/>
      </w:tcPr>
    </w:tblStylePr>
  </w:style>
  <w:style w:type="table" w:styleId="MediumGrid3-Accent2">
    <w:name w:val="Medium Grid 3 Accent 2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FD3D2" w:themeFill="accent2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C0504D" w:themeFill="accent2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C0504D" w:themeFill="accent2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C0504D" w:themeFill="accent2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DFA7A6" w:themeFill="accent2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DFA7A6" w:themeFill="accent2" w:themeFillTint="7F"/>
      </w:tcPr>
    </w:tblStylePr>
  </w:style>
  <w:style w:type="table" w:styleId="MediumGrid3-Accent3">
    <w:name w:val="Medium Grid 3 Accent 3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E6EED5" w:themeFill="accent3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9BBB59" w:themeFill="accent3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9BBB59" w:themeFill="accent3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9BBB59" w:themeFill="accent3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CDDDAC" w:themeFill="accent3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CDDDAC" w:themeFill="accent3" w:themeFillTint="7F"/>
      </w:tcPr>
    </w:tblStylePr>
  </w:style>
  <w:style w:type="table" w:styleId="MediumGrid3-Accent4">
    <w:name w:val="Medium Grid 3 Accent 4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FD8E8" w:themeFill="accent4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8064A2" w:themeFill="accent4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8064A2" w:themeFill="accent4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8064A2" w:themeFill="accent4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BFB1D0" w:themeFill="accent4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BFB1D0" w:themeFill="accent4" w:themeFillTint="7F"/>
      </w:tcPr>
    </w:tblStylePr>
  </w:style>
  <w:style w:type="table" w:styleId="MediumGrid3-Accent5">
    <w:name w:val="Medium Grid 3 Accent 5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D2EAF1" w:themeFill="accent5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4BACC6" w:themeFill="accent5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4BACC6" w:themeFill="accent5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4BACC6" w:themeFill="accent5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A5D5E2" w:themeFill="accent5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A5D5E2" w:themeFill="accent5" w:themeFillTint="7F"/>
      </w:tcPr>
    </w:tblStylePr>
  </w:style>
  <w:style w:type="table" w:styleId="MediumGrid3-Accent6">
    <w:name w:val="Medium Grid 3 Accent 6"/>
    <w:basedOn w:val="TableNormal"/>
    <w:uiPriority w:val="69"/>
    <w:rsid w:val="00CB0664"/>
    <w:pPr>
      <w:spacing w:after="0" w:line="240" w:lineRule="auto"/>
    </w:pPr>
    <w:tblPr>
      <w:tblStyleRowBandSize w:val="1"/>
      <w:tblStyleColBandSize w:val="1"/>
      <w:tblBorders>
        <w:top w:val="single" w:sz="8" w:space="0" w:color="FFFFFF" w:themeColor="background1"/>
        <w:left w:val="single" w:sz="8" w:space="0" w:color="FFFFFF" w:themeColor="background1"/>
        <w:bottom w:val="single" w:sz="8" w:space="0" w:color="FFFFFF" w:themeColor="background1"/>
        <w:right w:val="single" w:sz="8" w:space="0" w:color="FFFFFF" w:themeColor="background1"/>
        <w:insideH w:val="single" w:sz="6" w:space="0" w:color="FFFFFF" w:themeColor="background1"/>
        <w:insideV w:val="single" w:sz="6" w:space="0" w:color="FFFFFF" w:themeColor="background1"/>
      </w:tblBorders>
    </w:tblPr>
    <w:tcPr>
      <w:shd w:val="clear" w:color="auto" w:fill="FDE4D0" w:themeFill="accent6" w:themeFillTint="3F"/>
    </w:tcPr>
    <w:tblStylePr w:type="firstRow">
      <w:rPr>
        <w:b/>
        <w:bCs/>
        <w:i w:val="0"/>
        <w:iCs w:val="0"/>
        <w:color w:val="FFFFFF" w:themeColor="background1"/>
      </w:rPr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24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lastRow">
      <w:rPr>
        <w:b/>
        <w:bCs/>
        <w:i w:val="0"/>
        <w:iCs w:val="0"/>
        <w:color w:val="FFFFFF" w:themeColor="background1"/>
      </w:rPr>
      <w:tblPr/>
      <w:tcPr>
        <w:tcBorders>
          <w:top w:val="single" w:sz="24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single" w:sz="8" w:space="0" w:color="FFFFFF" w:themeColor="background1"/>
        </w:tcBorders>
        <w:shd w:val="clear" w:color="auto" w:fill="F79646" w:themeFill="accent6"/>
      </w:tcPr>
    </w:tblStylePr>
    <w:tblStylePr w:type="firstCol">
      <w:rPr>
        <w:b/>
        <w:bCs/>
        <w:i w:val="0"/>
        <w:iCs w:val="0"/>
        <w:color w:val="FFFFFF" w:themeColor="background1"/>
      </w:rPr>
      <w:tblPr/>
      <w:tcPr>
        <w:tcBorders>
          <w:left w:val="single" w:sz="8" w:space="0" w:color="FFFFFF" w:themeColor="background1"/>
          <w:right w:val="single" w:sz="24" w:space="0" w:color="FFFFFF" w:themeColor="background1"/>
          <w:insideH w:val="nil"/>
          <w:insideV w:val="nil"/>
        </w:tcBorders>
        <w:shd w:val="clear" w:color="auto" w:fill="F79646" w:themeFill="accent6"/>
      </w:tcPr>
    </w:tblStylePr>
    <w:tblStylePr w:type="lastCol">
      <w:rPr>
        <w:b/>
        <w:bCs/>
        <w:i w:val="0"/>
        <w:iCs w:val="0"/>
        <w:color w:val="FFFFFF" w:themeColor="background1"/>
      </w:rPr>
      <w:tblPr/>
      <w:tcPr>
        <w:tcBorders>
          <w:top w:val="nil"/>
          <w:left w:val="single" w:sz="24" w:space="0" w:color="FFFFFF" w:themeColor="background1"/>
          <w:bottom w:val="nil"/>
          <w:right w:val="nil"/>
          <w:insideH w:val="nil"/>
          <w:insideV w:val="nil"/>
        </w:tcBorders>
        <w:shd w:val="clear" w:color="auto" w:fill="F79646" w:themeFill="accent6"/>
      </w:tcPr>
    </w:tblStylePr>
    <w:tblStylePr w:type="band1Vert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nil"/>
          <w:insideV w:val="nil"/>
        </w:tcBorders>
        <w:shd w:val="clear" w:color="auto" w:fill="FBCAA2" w:themeFill="accent6" w:themeFillTint="7F"/>
      </w:tcPr>
    </w:tblStylePr>
    <w:tblStylePr w:type="band1Horz">
      <w:tblPr/>
      <w:tcPr>
        <w:tcBorders>
          <w:top w:val="single" w:sz="8" w:space="0" w:color="FFFFFF" w:themeColor="background1"/>
          <w:left w:val="single" w:sz="8" w:space="0" w:color="FFFFFF" w:themeColor="background1"/>
          <w:bottom w:val="single" w:sz="8" w:space="0" w:color="FFFFFF" w:themeColor="background1"/>
          <w:right w:val="single" w:sz="8" w:space="0" w:color="FFFFFF" w:themeColor="background1"/>
          <w:insideH w:val="single" w:sz="8" w:space="0" w:color="FFFFFF" w:themeColor="background1"/>
          <w:insideV w:val="single" w:sz="8" w:space="0" w:color="FFFFFF" w:themeColor="background1"/>
        </w:tcBorders>
        <w:shd w:val="clear" w:color="auto" w:fill="FBCAA2" w:themeFill="accent6" w:themeFillTint="7F"/>
      </w:tcPr>
    </w:tblStylePr>
  </w:style>
  <w:style w:type="table" w:styleId="DarkList">
    <w:name w:val="Dark List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000000" w:themeFill="tex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000000" w:themeFill="tex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</w:style>
  <w:style w:type="table" w:styleId="DarkList-Accent1">
    <w:name w:val="Dark List Accent 1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F81BD" w:themeFill="accent1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43F60" w:themeFill="accent1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65F91" w:themeFill="accent1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65F91" w:themeFill="accent1" w:themeFillShade="BF"/>
      </w:tcPr>
    </w:tblStylePr>
  </w:style>
  <w:style w:type="table" w:styleId="DarkList-Accent2">
    <w:name w:val="Dark List Accent 2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C0504D" w:themeFill="accent2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622423" w:themeFill="accent2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943634" w:themeFill="accent2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943634" w:themeFill="accent2" w:themeFillShade="BF"/>
      </w:tcPr>
    </w:tblStylePr>
  </w:style>
  <w:style w:type="table" w:styleId="DarkList-Accent3">
    <w:name w:val="Dark List Accent 3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9BBB59" w:themeFill="accent3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4E6128" w:themeFill="accent3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76923C" w:themeFill="accent3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6923C" w:themeFill="accent3" w:themeFillShade="BF"/>
      </w:tcPr>
    </w:tblStylePr>
  </w:style>
  <w:style w:type="table" w:styleId="DarkList-Accent4">
    <w:name w:val="Dark List Accent 4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8064A2" w:themeFill="accent4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3F3151" w:themeFill="accent4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5F497A" w:themeFill="accent4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F497A" w:themeFill="accent4" w:themeFillShade="BF"/>
      </w:tcPr>
    </w:tblStylePr>
  </w:style>
  <w:style w:type="table" w:styleId="DarkList-Accent5">
    <w:name w:val="Dark List Accent 5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4BACC6" w:themeFill="accent5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205867" w:themeFill="accent5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31849B" w:themeFill="accent5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31849B" w:themeFill="accent5" w:themeFillShade="BF"/>
      </w:tcPr>
    </w:tblStylePr>
  </w:style>
  <w:style w:type="table" w:styleId="DarkList-Accent6">
    <w:name w:val="Dark List Accent 6"/>
    <w:basedOn w:val="TableNormal"/>
    <w:uiPriority w:val="70"/>
    <w:rsid w:val="00CB0664"/>
    <w:pPr>
      <w:spacing w:after="0" w:line="240" w:lineRule="auto"/>
    </w:pPr>
    <w:rPr>
      <w:color w:val="FFFFFF" w:themeColor="background1"/>
    </w:rPr>
    <w:tblPr>
      <w:tblStyleRowBandSize w:val="1"/>
      <w:tblStyleColBandSize w:val="1"/>
    </w:tblPr>
    <w:tcPr>
      <w:shd w:val="clear" w:color="auto" w:fill="F79646" w:themeFill="accent6"/>
    </w:tcPr>
    <w:tblStylePr w:type="firstRow">
      <w:rPr>
        <w:b/>
        <w:bCs/>
      </w:rPr>
      <w:tblPr/>
      <w:tcPr>
        <w:tcBorders>
          <w:top w:val="nil"/>
          <w:left w:val="nil"/>
          <w:bottom w:val="single" w:sz="18" w:space="0" w:color="FFFFFF" w:themeColor="background1"/>
          <w:right w:val="nil"/>
          <w:insideH w:val="nil"/>
          <w:insideV w:val="nil"/>
        </w:tcBorders>
        <w:shd w:val="clear" w:color="auto" w:fill="000000" w:themeFill="text1"/>
      </w:tcPr>
    </w:tblStylePr>
    <w:tblStylePr w:type="lastRow">
      <w:tblPr/>
      <w:tcPr>
        <w:tcBorders>
          <w:top w:val="single" w:sz="18" w:space="0" w:color="FFFFFF" w:themeColor="background1"/>
          <w:left w:val="nil"/>
          <w:bottom w:val="nil"/>
          <w:right w:val="nil"/>
          <w:insideH w:val="nil"/>
          <w:insideV w:val="nil"/>
        </w:tcBorders>
        <w:shd w:val="clear" w:color="auto" w:fill="974706" w:themeFill="accent6" w:themeFillShade="7F"/>
      </w:tcPr>
    </w:tblStylePr>
    <w:tblStylePr w:type="firstCol">
      <w:tblPr/>
      <w:tcPr>
        <w:tcBorders>
          <w:top w:val="nil"/>
          <w:left w:val="nil"/>
          <w:bottom w:val="nil"/>
          <w:right w:val="single" w:sz="18" w:space="0" w:color="FFFFFF" w:themeColor="background1"/>
          <w:insideH w:val="nil"/>
          <w:insideV w:val="nil"/>
        </w:tcBorders>
        <w:shd w:val="clear" w:color="auto" w:fill="E36C0A" w:themeFill="accent6" w:themeFillShade="BF"/>
      </w:tcPr>
    </w:tblStylePr>
    <w:tblStylePr w:type="lastCol">
      <w:tblPr/>
      <w:tcPr>
        <w:tcBorders>
          <w:top w:val="nil"/>
          <w:left w:val="single" w:sz="18" w:space="0" w:color="FFFFFF" w:themeColor="background1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  <w:tblStylePr w:type="band1Horz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36C0A" w:themeFill="accent6" w:themeFillShade="BF"/>
      </w:tcPr>
    </w:tblStylePr>
  </w:style>
  <w:style w:type="table" w:styleId="ColourfulShading">
    <w:name w:val="Colorful Shading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6E6E6" w:themeFill="tex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000000" w:themeFill="tex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000000" w:themeColor="text1" w:themeShade="99"/>
          <w:insideV w:val="nil"/>
        </w:tcBorders>
        <w:shd w:val="clear" w:color="auto" w:fill="000000" w:themeFill="tex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000000" w:themeFill="text1" w:themeFillShade="BF"/>
      </w:tcPr>
    </w:tblStylePr>
    <w:tblStylePr w:type="band1Vert">
      <w:tblPr/>
      <w:tcPr>
        <w:shd w:val="clear" w:color="auto" w:fill="999999" w:themeFill="text1" w:themeFillTint="66"/>
      </w:tcPr>
    </w:tblStylePr>
    <w:tblStylePr w:type="band1Horz">
      <w:tblPr/>
      <w:tcPr>
        <w:shd w:val="clear" w:color="auto" w:fill="808080" w:themeFill="tex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1">
    <w:name w:val="Colorful Shading Accent 1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4F81BD" w:themeColor="accent1"/>
        <w:bottom w:val="single" w:sz="4" w:space="0" w:color="4F81BD" w:themeColor="accent1"/>
        <w:right w:val="single" w:sz="4" w:space="0" w:color="4F81BD" w:themeColor="accent1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2F8" w:themeFill="accent1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C4C74" w:themeFill="accent1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C4C74" w:themeColor="accent1" w:themeShade="99"/>
          <w:insideV w:val="nil"/>
        </w:tcBorders>
        <w:shd w:val="clear" w:color="auto" w:fill="2C4C74" w:themeFill="accent1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C4C74" w:themeFill="accent1" w:themeFillShade="99"/>
      </w:tcPr>
    </w:tblStylePr>
    <w:tblStylePr w:type="band1Vert">
      <w:tblPr/>
      <w:tcPr>
        <w:shd w:val="clear" w:color="auto" w:fill="B8CCE4" w:themeFill="accent1" w:themeFillTint="66"/>
      </w:tcPr>
    </w:tblStylePr>
    <w:tblStylePr w:type="band1Horz">
      <w:tblPr/>
      <w:tcPr>
        <w:shd w:val="clear" w:color="auto" w:fill="A7BFDE" w:themeFill="accent1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2">
    <w:name w:val="Colorful Shading Accent 2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C0504D" w:themeColor="accent2"/>
        <w:left w:val="single" w:sz="4" w:space="0" w:color="C0504D" w:themeColor="accent2"/>
        <w:bottom w:val="single" w:sz="4" w:space="0" w:color="C0504D" w:themeColor="accent2"/>
        <w:right w:val="single" w:sz="4" w:space="0" w:color="C0504D" w:themeColor="accent2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8EDED" w:themeFill="accent2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C0504D" w:themeColor="accent2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772C2A" w:themeFill="accent2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772C2A" w:themeColor="accent2" w:themeShade="99"/>
          <w:insideV w:val="nil"/>
        </w:tcBorders>
        <w:shd w:val="clear" w:color="auto" w:fill="772C2A" w:themeFill="accent2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772C2A" w:themeFill="accent2" w:themeFillShade="99"/>
      </w:tcPr>
    </w:tblStylePr>
    <w:tblStylePr w:type="band1Vert">
      <w:tblPr/>
      <w:tcPr>
        <w:shd w:val="clear" w:color="auto" w:fill="E5B8B7" w:themeFill="accent2" w:themeFillTint="66"/>
      </w:tcPr>
    </w:tblStylePr>
    <w:tblStylePr w:type="band1Horz">
      <w:tblPr/>
      <w:tcPr>
        <w:shd w:val="clear" w:color="auto" w:fill="DFA7A6" w:themeFill="accent2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3">
    <w:name w:val="Colorful Shading Accent 3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8064A2" w:themeColor="accent4"/>
        <w:left w:val="single" w:sz="4" w:space="0" w:color="9BBB59" w:themeColor="accent3"/>
        <w:bottom w:val="single" w:sz="4" w:space="0" w:color="9BBB59" w:themeColor="accent3"/>
        <w:right w:val="single" w:sz="4" w:space="0" w:color="9BBB59" w:themeColor="accent3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5F8EE" w:themeFill="accent3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8064A2" w:themeColor="accent4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5E7530" w:themeFill="accent3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5E7530" w:themeColor="accent3" w:themeShade="99"/>
          <w:insideV w:val="nil"/>
        </w:tcBorders>
        <w:shd w:val="clear" w:color="auto" w:fill="5E7530" w:themeFill="accent3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5E7530" w:themeFill="accent3" w:themeFillShade="99"/>
      </w:tcPr>
    </w:tblStylePr>
    <w:tblStylePr w:type="band1Vert">
      <w:tblPr/>
      <w:tcPr>
        <w:shd w:val="clear" w:color="auto" w:fill="D6E3BC" w:themeFill="accent3" w:themeFillTint="66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ShadingAccent4">
    <w:name w:val="Colorful Shading Accent 4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9BBB59" w:themeColor="accent3"/>
        <w:left w:val="single" w:sz="4" w:space="0" w:color="8064A2" w:themeColor="accent4"/>
        <w:bottom w:val="single" w:sz="4" w:space="0" w:color="8064A2" w:themeColor="accent4"/>
        <w:right w:val="single" w:sz="4" w:space="0" w:color="8064A2" w:themeColor="accent4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2EFF6" w:themeFill="accent4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9BBB59" w:themeColor="accent3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4C3B62" w:themeFill="accent4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4C3B62" w:themeColor="accent4" w:themeShade="99"/>
          <w:insideV w:val="nil"/>
        </w:tcBorders>
        <w:shd w:val="clear" w:color="auto" w:fill="4C3B62" w:themeFill="accent4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4C3B62" w:themeFill="accent4" w:themeFillShade="99"/>
      </w:tcPr>
    </w:tblStylePr>
    <w:tblStylePr w:type="band1Vert">
      <w:tblPr/>
      <w:tcPr>
        <w:shd w:val="clear" w:color="auto" w:fill="CCC0D9" w:themeFill="accent4" w:themeFillTint="66"/>
      </w:tcPr>
    </w:tblStylePr>
    <w:tblStylePr w:type="band1Horz">
      <w:tblPr/>
      <w:tcPr>
        <w:shd w:val="clear" w:color="auto" w:fill="BFB1D0" w:themeFill="accent4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5">
    <w:name w:val="Colorful Shading Accent 5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F79646" w:themeColor="accent6"/>
        <w:left w:val="single" w:sz="4" w:space="0" w:color="4BACC6" w:themeColor="accent5"/>
        <w:bottom w:val="single" w:sz="4" w:space="0" w:color="4BACC6" w:themeColor="accent5"/>
        <w:right w:val="single" w:sz="4" w:space="0" w:color="4BACC6" w:themeColor="accent5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EDF6F9" w:themeFill="accent5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F79646" w:themeColor="accent6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276A7C" w:themeFill="accent5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276A7C" w:themeColor="accent5" w:themeShade="99"/>
          <w:insideV w:val="nil"/>
        </w:tcBorders>
        <w:shd w:val="clear" w:color="auto" w:fill="276A7C" w:themeFill="accent5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276A7C" w:themeFill="accent5" w:themeFillShade="99"/>
      </w:tcPr>
    </w:tblStylePr>
    <w:tblStylePr w:type="band1Vert">
      <w:tblPr/>
      <w:tcPr>
        <w:shd w:val="clear" w:color="auto" w:fill="B6DDE8" w:themeFill="accent5" w:themeFillTint="66"/>
      </w:tcPr>
    </w:tblStylePr>
    <w:tblStylePr w:type="band1Horz">
      <w:tblPr/>
      <w:tcPr>
        <w:shd w:val="clear" w:color="auto" w:fill="A5D5E2" w:themeFill="accent5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ShadingAccent6">
    <w:name w:val="Colorful Shading Accent 6"/>
    <w:basedOn w:val="TableNormal"/>
    <w:uiPriority w:val="71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top w:val="single" w:sz="24" w:space="0" w:color="4BACC6" w:themeColor="accent5"/>
        <w:left w:val="single" w:sz="4" w:space="0" w:color="F79646" w:themeColor="accent6"/>
        <w:bottom w:val="single" w:sz="4" w:space="0" w:color="F79646" w:themeColor="accent6"/>
        <w:right w:val="single" w:sz="4" w:space="0" w:color="F79646" w:themeColor="accent6"/>
        <w:insideH w:val="single" w:sz="4" w:space="0" w:color="FFFFFF" w:themeColor="background1"/>
        <w:insideV w:val="single" w:sz="4" w:space="0" w:color="FFFFFF" w:themeColor="background1"/>
      </w:tblBorders>
    </w:tblPr>
    <w:tcPr>
      <w:shd w:val="clear" w:color="auto" w:fill="FEF4EC" w:themeFill="accent6" w:themeFillTint="19"/>
    </w:tcPr>
    <w:tblStylePr w:type="firstRow">
      <w:rPr>
        <w:b/>
        <w:bCs/>
      </w:rPr>
      <w:tblPr/>
      <w:tcPr>
        <w:tcBorders>
          <w:top w:val="nil"/>
          <w:left w:val="nil"/>
          <w:bottom w:val="single" w:sz="24" w:space="0" w:color="4BACC6" w:themeColor="accent5"/>
          <w:right w:val="nil"/>
          <w:insideH w:val="nil"/>
          <w:insideV w:val="nil"/>
        </w:tcBorders>
        <w:shd w:val="clear" w:color="auto" w:fill="FFFFFF" w:themeFill="background1"/>
      </w:tcPr>
    </w:tblStylePr>
    <w:tblStylePr w:type="lastRow">
      <w:rPr>
        <w:b/>
        <w:bCs/>
        <w:color w:val="FFFFFF" w:themeColor="background1"/>
      </w:rPr>
      <w:tblPr/>
      <w:tcPr>
        <w:tcBorders>
          <w:top w:val="single" w:sz="6" w:space="0" w:color="FFFFFF" w:themeColor="background1"/>
        </w:tcBorders>
        <w:shd w:val="clear" w:color="auto" w:fill="B65608" w:themeFill="accent6" w:themeFillShade="99"/>
      </w:tcPr>
    </w:tblStylePr>
    <w:tblStylePr w:type="fir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single" w:sz="4" w:space="0" w:color="B65608" w:themeColor="accent6" w:themeShade="99"/>
          <w:insideV w:val="nil"/>
        </w:tcBorders>
        <w:shd w:val="clear" w:color="auto" w:fill="B65608" w:themeFill="accent6" w:themeFillShade="99"/>
      </w:tcPr>
    </w:tblStylePr>
    <w:tblStylePr w:type="lastCol">
      <w:rPr>
        <w:color w:val="FFFFFF" w:themeColor="background1"/>
      </w:rPr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B65608" w:themeFill="accent6" w:themeFillShade="99"/>
      </w:tcPr>
    </w:tblStylePr>
    <w:tblStylePr w:type="band1Vert">
      <w:tblPr/>
      <w:tcPr>
        <w:shd w:val="clear" w:color="auto" w:fill="FBD4B4" w:themeFill="accent6" w:themeFillTint="66"/>
      </w:tcPr>
    </w:tblStylePr>
    <w:tblStylePr w:type="band1Horz">
      <w:tblPr/>
      <w:tcPr>
        <w:shd w:val="clear" w:color="auto" w:fill="FBCAA2" w:themeFill="accent6" w:themeFillTint="7F"/>
      </w:tcPr>
    </w:tblStylePr>
    <w:tblStylePr w:type="neCell">
      <w:rPr>
        <w:color w:val="000000" w:themeColor="text1"/>
      </w:rPr>
    </w:tblStylePr>
    <w:tblStylePr w:type="nwCell">
      <w:rPr>
        <w:color w:val="000000" w:themeColor="text1"/>
      </w:rPr>
    </w:tblStylePr>
  </w:style>
  <w:style w:type="table" w:styleId="ColourfulList">
    <w:name w:val="Colorful List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6E6E6" w:themeFill="tex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C0C0C0" w:themeFill="text1" w:themeFillTint="3F"/>
      </w:tcPr>
    </w:tblStylePr>
    <w:tblStylePr w:type="band1Horz">
      <w:tblPr/>
      <w:tcPr>
        <w:shd w:val="clear" w:color="auto" w:fill="CCCCCC" w:themeFill="text1" w:themeFillTint="33"/>
      </w:tcPr>
    </w:tblStylePr>
  </w:style>
  <w:style w:type="table" w:styleId="ColourfulListAccent1">
    <w:name w:val="Colorful List Accent 1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2F8" w:themeFill="accent1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3DFEE" w:themeFill="accent1" w:themeFillTint="3F"/>
      </w:tcPr>
    </w:tblStylePr>
    <w:tblStylePr w:type="band1Horz">
      <w:tblPr/>
      <w:tcPr>
        <w:shd w:val="clear" w:color="auto" w:fill="DBE5F1" w:themeFill="accent1" w:themeFillTint="33"/>
      </w:tcPr>
    </w:tblStylePr>
  </w:style>
  <w:style w:type="table" w:styleId="ColourfulListAccent2">
    <w:name w:val="Colorful List Accent 2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8EDED" w:themeFill="accent2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9E3A38" w:themeFill="accent2" w:themeFillShade="CC"/>
      </w:tcPr>
    </w:tblStylePr>
    <w:tblStylePr w:type="lastRow">
      <w:rPr>
        <w:b/>
        <w:bCs/>
        <w:color w:val="9E3A38" w:themeColor="accent2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FD3D2" w:themeFill="accent2" w:themeFillTint="3F"/>
      </w:tcPr>
    </w:tblStylePr>
    <w:tblStylePr w:type="band1Horz">
      <w:tblPr/>
      <w:tcPr>
        <w:shd w:val="clear" w:color="auto" w:fill="F2DBDB" w:themeFill="accent2" w:themeFillTint="33"/>
      </w:tcPr>
    </w:tblStylePr>
  </w:style>
  <w:style w:type="table" w:styleId="ColourfulListAccent3">
    <w:name w:val="Colorful List Accent 3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5F8EE" w:themeFill="accent3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664E82" w:themeFill="accent4" w:themeFillShade="CC"/>
      </w:tcPr>
    </w:tblStylePr>
    <w:tblStylePr w:type="lastRow">
      <w:rPr>
        <w:b/>
        <w:bCs/>
        <w:color w:val="664E82" w:themeColor="accent4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E6EED5" w:themeFill="accent3" w:themeFillTint="3F"/>
      </w:tcPr>
    </w:tblStylePr>
    <w:tblStylePr w:type="band1Horz">
      <w:tblPr/>
      <w:tcPr>
        <w:shd w:val="clear" w:color="auto" w:fill="EAF1DD" w:themeFill="accent3" w:themeFillTint="33"/>
      </w:tcPr>
    </w:tblStylePr>
  </w:style>
  <w:style w:type="table" w:styleId="ColourfulListAccent4">
    <w:name w:val="Colorful List Accent 4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2EFF6" w:themeFill="accent4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7E9C40" w:themeFill="accent3" w:themeFillShade="CC"/>
      </w:tcPr>
    </w:tblStylePr>
    <w:tblStylePr w:type="lastRow">
      <w:rPr>
        <w:b/>
        <w:bCs/>
        <w:color w:val="7E9C40" w:themeColor="accent3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shd w:val="clear" w:color="auto" w:fill="E5DFEC" w:themeFill="accent4" w:themeFillTint="33"/>
      </w:tcPr>
    </w:tblStylePr>
  </w:style>
  <w:style w:type="table" w:styleId="ColourfulListAccent5">
    <w:name w:val="Colorful List Accent 5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EDF6F9" w:themeFill="accent5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F2730A" w:themeFill="accent6" w:themeFillShade="CC"/>
      </w:tcPr>
    </w:tblStylePr>
    <w:tblStylePr w:type="lastRow">
      <w:rPr>
        <w:b/>
        <w:bCs/>
        <w:color w:val="F2730A" w:themeColor="accent6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D2EAF1" w:themeFill="accent5" w:themeFillTint="3F"/>
      </w:tcPr>
    </w:tblStylePr>
    <w:tblStylePr w:type="band1Horz">
      <w:tblPr/>
      <w:tcPr>
        <w:shd w:val="clear" w:color="auto" w:fill="DAEEF3" w:themeFill="accent5" w:themeFillTint="33"/>
      </w:tcPr>
    </w:tblStylePr>
  </w:style>
  <w:style w:type="table" w:styleId="ColourfulListAccent6">
    <w:name w:val="Colorful List Accent 6"/>
    <w:basedOn w:val="TableNormal"/>
    <w:uiPriority w:val="72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</w:tblPr>
    <w:tcPr>
      <w:shd w:val="clear" w:color="auto" w:fill="FEF4EC" w:themeFill="accent6" w:themeFillTint="19"/>
    </w:tcPr>
    <w:tblStylePr w:type="firstRow">
      <w:rPr>
        <w:b/>
        <w:bCs/>
        <w:color w:val="FFFFFF" w:themeColor="background1"/>
      </w:rPr>
      <w:tblPr/>
      <w:tcPr>
        <w:tcBorders>
          <w:bottom w:val="single" w:sz="12" w:space="0" w:color="FFFFFF" w:themeColor="background1"/>
        </w:tcBorders>
        <w:shd w:val="clear" w:color="auto" w:fill="348DA5" w:themeFill="accent5" w:themeFillShade="CC"/>
      </w:tcPr>
    </w:tblStylePr>
    <w:tblStylePr w:type="lastRow">
      <w:rPr>
        <w:b/>
        <w:bCs/>
        <w:color w:val="348DA5" w:themeColor="accent5" w:themeShade="CC"/>
      </w:rPr>
      <w:tblPr/>
      <w:tcPr>
        <w:tcBorders>
          <w:top w:val="single" w:sz="12" w:space="0" w:color="000000" w:themeColor="text1"/>
        </w:tcBorders>
        <w:shd w:val="clear" w:color="auto" w:fill="FFFFFF" w:themeFill="background1"/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top w:val="nil"/>
          <w:left w:val="nil"/>
          <w:bottom w:val="nil"/>
          <w:right w:val="nil"/>
          <w:insideH w:val="nil"/>
          <w:insideV w:val="nil"/>
        </w:tcBorders>
        <w:shd w:val="clear" w:color="auto" w:fill="FDE4D0" w:themeFill="accent6" w:themeFillTint="3F"/>
      </w:tcPr>
    </w:tblStylePr>
    <w:tblStylePr w:type="band1Horz">
      <w:tblPr/>
      <w:tcPr>
        <w:shd w:val="clear" w:color="auto" w:fill="FDE9D9" w:themeFill="accent6" w:themeFillTint="33"/>
      </w:tcPr>
    </w:tblStylePr>
  </w:style>
  <w:style w:type="table" w:styleId="ColourfulGrid">
    <w:name w:val="Colorful Grid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CCCCCC" w:themeFill="text1" w:themeFillTint="33"/>
    </w:tcPr>
    <w:tblStylePr w:type="firstRow">
      <w:rPr>
        <w:b/>
        <w:bCs/>
      </w:rPr>
      <w:tblPr/>
      <w:tcPr>
        <w:shd w:val="clear" w:color="auto" w:fill="999999" w:themeFill="tex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999999" w:themeFill="text1" w:themeFillTint="66"/>
      </w:tcPr>
    </w:tblStylePr>
    <w:tblStylePr w:type="fir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lastCol">
      <w:rPr>
        <w:color w:val="FFFFFF" w:themeColor="background1"/>
      </w:rPr>
      <w:tblPr/>
      <w:tcPr>
        <w:shd w:val="clear" w:color="auto" w:fill="000000" w:themeFill="text1" w:themeFillShade="BF"/>
      </w:tcPr>
    </w:tblStylePr>
    <w:tblStylePr w:type="band1Vert">
      <w:tblPr/>
      <w:tcPr>
        <w:shd w:val="clear" w:color="auto" w:fill="808080" w:themeFill="text1" w:themeFillTint="7F"/>
      </w:tcPr>
    </w:tblStylePr>
    <w:tblStylePr w:type="band1Horz">
      <w:tblPr/>
      <w:tcPr>
        <w:shd w:val="clear" w:color="auto" w:fill="808080" w:themeFill="text1" w:themeFillTint="7F"/>
      </w:tcPr>
    </w:tblStylePr>
  </w:style>
  <w:style w:type="table" w:styleId="ColourfulGridAccent1">
    <w:name w:val="Colorful Grid Accent 1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BE5F1" w:themeFill="accent1" w:themeFillTint="33"/>
    </w:tcPr>
    <w:tblStylePr w:type="firstRow">
      <w:rPr>
        <w:b/>
        <w:bCs/>
      </w:rPr>
      <w:tblPr/>
      <w:tcPr>
        <w:shd w:val="clear" w:color="auto" w:fill="B8CCE4" w:themeFill="accent1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8CCE4" w:themeFill="accent1" w:themeFillTint="66"/>
      </w:tcPr>
    </w:tblStylePr>
    <w:tblStylePr w:type="fir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lastCol">
      <w:rPr>
        <w:color w:val="FFFFFF" w:themeColor="background1"/>
      </w:rPr>
      <w:tblPr/>
      <w:tcPr>
        <w:shd w:val="clear" w:color="auto" w:fill="365F91" w:themeFill="accent1" w:themeFillShade="BF"/>
      </w:tcPr>
    </w:tblStylePr>
    <w:tblStylePr w:type="band1Vert">
      <w:tblPr/>
      <w:tcPr>
        <w:shd w:val="clear" w:color="auto" w:fill="A7BFDE" w:themeFill="accent1" w:themeFillTint="7F"/>
      </w:tcPr>
    </w:tblStylePr>
    <w:tblStylePr w:type="band1Horz">
      <w:tblPr/>
      <w:tcPr>
        <w:shd w:val="clear" w:color="auto" w:fill="A7BFDE" w:themeFill="accent1" w:themeFillTint="7F"/>
      </w:tcPr>
    </w:tblStylePr>
  </w:style>
  <w:style w:type="table" w:styleId="ColourfulGridAccent2">
    <w:name w:val="Colorful Grid Accent 2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2DBDB" w:themeFill="accent2" w:themeFillTint="33"/>
    </w:tcPr>
    <w:tblStylePr w:type="firstRow">
      <w:rPr>
        <w:b/>
        <w:bCs/>
      </w:rPr>
      <w:tblPr/>
      <w:tcPr>
        <w:shd w:val="clear" w:color="auto" w:fill="E5B8B7" w:themeFill="accent2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E5B8B7" w:themeFill="accent2" w:themeFillTint="66"/>
      </w:tcPr>
    </w:tblStylePr>
    <w:tblStylePr w:type="fir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lastCol">
      <w:rPr>
        <w:color w:val="FFFFFF" w:themeColor="background1"/>
      </w:rPr>
      <w:tblPr/>
      <w:tcPr>
        <w:shd w:val="clear" w:color="auto" w:fill="943634" w:themeFill="accent2" w:themeFillShade="BF"/>
      </w:tcPr>
    </w:tblStylePr>
    <w:tblStylePr w:type="band1Vert">
      <w:tblPr/>
      <w:tcPr>
        <w:shd w:val="clear" w:color="auto" w:fill="DFA7A6" w:themeFill="accent2" w:themeFillTint="7F"/>
      </w:tcPr>
    </w:tblStylePr>
    <w:tblStylePr w:type="band1Horz">
      <w:tblPr/>
      <w:tcPr>
        <w:shd w:val="clear" w:color="auto" w:fill="DFA7A6" w:themeFill="accent2" w:themeFillTint="7F"/>
      </w:tcPr>
    </w:tblStylePr>
  </w:style>
  <w:style w:type="table" w:styleId="ColourfulGridAccent3">
    <w:name w:val="Colorful Grid Accent 3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AF1DD" w:themeFill="accent3" w:themeFillTint="33"/>
    </w:tcPr>
    <w:tblStylePr w:type="firstRow">
      <w:rPr>
        <w:b/>
        <w:bCs/>
      </w:rPr>
      <w:tblPr/>
      <w:tcPr>
        <w:shd w:val="clear" w:color="auto" w:fill="D6E3BC" w:themeFill="accent3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D6E3BC" w:themeFill="accent3" w:themeFillTint="66"/>
      </w:tcPr>
    </w:tblStylePr>
    <w:tblStylePr w:type="fir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lastCol">
      <w:rPr>
        <w:color w:val="FFFFFF" w:themeColor="background1"/>
      </w:rPr>
      <w:tblPr/>
      <w:tcPr>
        <w:shd w:val="clear" w:color="auto" w:fill="76923C" w:themeFill="accent3" w:themeFillShade="BF"/>
      </w:tcPr>
    </w:tblStylePr>
    <w:tblStylePr w:type="band1Vert">
      <w:tblPr/>
      <w:tcPr>
        <w:shd w:val="clear" w:color="auto" w:fill="CDDDAC" w:themeFill="accent3" w:themeFillTint="7F"/>
      </w:tcPr>
    </w:tblStylePr>
    <w:tblStylePr w:type="band1Horz">
      <w:tblPr/>
      <w:tcPr>
        <w:shd w:val="clear" w:color="auto" w:fill="CDDDAC" w:themeFill="accent3" w:themeFillTint="7F"/>
      </w:tcPr>
    </w:tblStylePr>
  </w:style>
  <w:style w:type="table" w:styleId="ColourfulGridAccent4">
    <w:name w:val="Colorful Grid Accent 4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E5DFEC" w:themeFill="accent4" w:themeFillTint="33"/>
    </w:tcPr>
    <w:tblStylePr w:type="firstRow">
      <w:rPr>
        <w:b/>
        <w:bCs/>
      </w:rPr>
      <w:tblPr/>
      <w:tcPr>
        <w:shd w:val="clear" w:color="auto" w:fill="CCC0D9" w:themeFill="accent4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CCC0D9" w:themeFill="accent4" w:themeFillTint="66"/>
      </w:tcPr>
    </w:tblStylePr>
    <w:tblStylePr w:type="fir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lastCol">
      <w:rPr>
        <w:color w:val="FFFFFF" w:themeColor="background1"/>
      </w:rPr>
      <w:tblPr/>
      <w:tcPr>
        <w:shd w:val="clear" w:color="auto" w:fill="5F497A" w:themeFill="accent4" w:themeFillShade="BF"/>
      </w:tcPr>
    </w:tblStylePr>
    <w:tblStylePr w:type="band1Vert">
      <w:tblPr/>
      <w:tcPr>
        <w:shd w:val="clear" w:color="auto" w:fill="BFB1D0" w:themeFill="accent4" w:themeFillTint="7F"/>
      </w:tcPr>
    </w:tblStylePr>
    <w:tblStylePr w:type="band1Horz">
      <w:tblPr/>
      <w:tcPr>
        <w:shd w:val="clear" w:color="auto" w:fill="BFB1D0" w:themeFill="accent4" w:themeFillTint="7F"/>
      </w:tcPr>
    </w:tblStylePr>
  </w:style>
  <w:style w:type="table" w:styleId="ColourfulGridAccent5">
    <w:name w:val="Colorful Grid Accent 5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DAEEF3" w:themeFill="accent5" w:themeFillTint="33"/>
    </w:tcPr>
    <w:tblStylePr w:type="firstRow">
      <w:rPr>
        <w:b/>
        <w:bCs/>
      </w:rPr>
      <w:tblPr/>
      <w:tcPr>
        <w:shd w:val="clear" w:color="auto" w:fill="B6DDE8" w:themeFill="accent5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B6DDE8" w:themeFill="accent5" w:themeFillTint="66"/>
      </w:tcPr>
    </w:tblStylePr>
    <w:tblStylePr w:type="fir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lastCol">
      <w:rPr>
        <w:color w:val="FFFFFF" w:themeColor="background1"/>
      </w:rPr>
      <w:tblPr/>
      <w:tcPr>
        <w:shd w:val="clear" w:color="auto" w:fill="31849B" w:themeFill="accent5" w:themeFillShade="BF"/>
      </w:tcPr>
    </w:tblStylePr>
    <w:tblStylePr w:type="band1Vert">
      <w:tblPr/>
      <w:tcPr>
        <w:shd w:val="clear" w:color="auto" w:fill="A5D5E2" w:themeFill="accent5" w:themeFillTint="7F"/>
      </w:tcPr>
    </w:tblStylePr>
    <w:tblStylePr w:type="band1Horz">
      <w:tblPr/>
      <w:tcPr>
        <w:shd w:val="clear" w:color="auto" w:fill="A5D5E2" w:themeFill="accent5" w:themeFillTint="7F"/>
      </w:tcPr>
    </w:tblStylePr>
  </w:style>
  <w:style w:type="table" w:styleId="ColourfulGridAccent6">
    <w:name w:val="Colorful Grid Accent 6"/>
    <w:basedOn w:val="TableNormal"/>
    <w:uiPriority w:val="73"/>
    <w:rsid w:val="00CB0664"/>
    <w:pPr>
      <w:spacing w:after="0" w:line="240" w:lineRule="auto"/>
    </w:pPr>
    <w:rPr>
      <w:color w:val="000000" w:themeColor="text1"/>
    </w:rPr>
    <w:tblPr>
      <w:tblStyleRowBandSize w:val="1"/>
      <w:tblStyleColBandSize w:val="1"/>
      <w:tblBorders>
        <w:insideH w:val="single" w:sz="4" w:space="0" w:color="FFFFFF" w:themeColor="background1"/>
      </w:tblBorders>
    </w:tblPr>
    <w:tcPr>
      <w:shd w:val="clear" w:color="auto" w:fill="FDE9D9" w:themeFill="accent6" w:themeFillTint="33"/>
    </w:tcPr>
    <w:tblStylePr w:type="firstRow">
      <w:rPr>
        <w:b/>
        <w:bCs/>
      </w:rPr>
      <w:tblPr/>
      <w:tcPr>
        <w:shd w:val="clear" w:color="auto" w:fill="FBD4B4" w:themeFill="accent6" w:themeFillTint="66"/>
      </w:tcPr>
    </w:tblStylePr>
    <w:tblStylePr w:type="lastRow">
      <w:rPr>
        <w:b/>
        <w:bCs/>
        <w:color w:val="000000" w:themeColor="text1"/>
      </w:rPr>
      <w:tblPr/>
      <w:tcPr>
        <w:shd w:val="clear" w:color="auto" w:fill="FBD4B4" w:themeFill="accent6" w:themeFillTint="66"/>
      </w:tcPr>
    </w:tblStylePr>
    <w:tblStylePr w:type="fir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lastCol">
      <w:rPr>
        <w:color w:val="FFFFFF" w:themeColor="background1"/>
      </w:rPr>
      <w:tblPr/>
      <w:tcPr>
        <w:shd w:val="clear" w:color="auto" w:fill="E36C0A" w:themeFill="accent6" w:themeFillShade="BF"/>
      </w:tcPr>
    </w:tblStylePr>
    <w:tblStylePr w:type="band1Vert">
      <w:tblPr/>
      <w:tcPr>
        <w:shd w:val="clear" w:color="auto" w:fill="FBCAA2" w:themeFill="accent6" w:themeFillTint="7F"/>
      </w:tcPr>
    </w:tblStylePr>
    <w:tblStylePr w:type="band1Horz">
      <w:tblPr/>
      <w:tcPr>
        <w:shd w:val="clear" w:color="auto" w:fill="FBCAA2" w:themeFill="accent6" w:themeFillTint="7F"/>
      </w:tcPr>
    </w:tblStyle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/APA.XSL" StyleName="APA"/>
</file>

<file path=customXml/itemProps1.xml><?xml version="1.0" encoding="utf-8"?>
<ds:datastoreItem xmlns:ds="http://schemas.openxmlformats.org/officeDocument/2006/customXml" ds:itemID="{EF278816-EC6F-A645-907D-7F25AECB1D4A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4</TotalTime>
  <Pages>3</Pages>
  <Words>626</Words>
  <Characters>3572</Characters>
  <Application>Microsoft Office Word</Application>
  <DocSecurity>0</DocSecurity>
  <Lines>29</Lines>
  <Paragraphs>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Manager/>
  <Company/>
  <LinksUpToDate>false</LinksUpToDate>
  <CharactersWithSpaces>4190</CharactersWithSpaces>
  <SharedDoc>false</SharedDoc>
  <HyperlinkBase/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python-docx</dc:creator>
  <cp:keywords/>
  <dc:description>generated by python-docx</dc:description>
  <cp:lastModifiedBy>Isaiah Ojo</cp:lastModifiedBy>
  <cp:revision>12</cp:revision>
  <dcterms:created xsi:type="dcterms:W3CDTF">2013-12-24T07:15:00Z</dcterms:created>
  <dcterms:modified xsi:type="dcterms:W3CDTF">2025-08-26T22:23:00Z</dcterms:modified>
  <cp:category/>
</cp:coreProperties>
</file>